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A2C1439" w14:textId="7839D384" w:rsidR="00C12D08" w:rsidRDefault="00C12D08">
      <w:pPr>
        <w:autoSpaceDE w:val="0"/>
        <w:autoSpaceDN w:val="0"/>
        <w:spacing w:after="0" w:line="148" w:lineRule="exact"/>
      </w:pPr>
    </w:p>
    <w:tbl>
      <w:tblPr>
        <w:tblW w:w="0" w:type="auto"/>
        <w:tblInd w:w="264" w:type="dxa"/>
        <w:tblLayout w:type="fixed"/>
        <w:tblLook w:val="04A0" w:firstRow="1" w:lastRow="0" w:firstColumn="1" w:lastColumn="0" w:noHBand="0" w:noVBand="1"/>
      </w:tblPr>
      <w:tblGrid>
        <w:gridCol w:w="3504"/>
        <w:gridCol w:w="6162"/>
      </w:tblGrid>
      <w:tr w:rsidR="00C12D08" w14:paraId="14BFB0D5" w14:textId="77777777">
        <w:trPr>
          <w:trHeight w:hRule="exact" w:val="440"/>
        </w:trPr>
        <w:tc>
          <w:tcPr>
            <w:tcW w:w="3504" w:type="dxa"/>
            <w:shd w:val="clear" w:color="auto" w:fill="FFFFFF"/>
            <w:tcMar>
              <w:left w:w="0" w:type="dxa"/>
              <w:right w:w="0" w:type="dxa"/>
            </w:tcMar>
          </w:tcPr>
          <w:p w14:paraId="6810A9E5" w14:textId="0C6F79AE" w:rsidR="00C12D08" w:rsidRDefault="00C12D08">
            <w:pPr>
              <w:autoSpaceDE w:val="0"/>
              <w:autoSpaceDN w:val="0"/>
              <w:spacing w:before="148" w:after="0" w:line="178" w:lineRule="exact"/>
              <w:ind w:left="266" w:right="266"/>
            </w:pPr>
          </w:p>
        </w:tc>
        <w:tc>
          <w:tcPr>
            <w:tcW w:w="6162" w:type="dxa"/>
            <w:shd w:val="clear" w:color="auto" w:fill="FFFFFF"/>
            <w:tcMar>
              <w:left w:w="0" w:type="dxa"/>
              <w:right w:w="0" w:type="dxa"/>
            </w:tcMar>
          </w:tcPr>
          <w:p w14:paraId="62529234" w14:textId="0B62ADA2" w:rsidR="00C12D08" w:rsidRDefault="00C12D08">
            <w:pPr>
              <w:autoSpaceDE w:val="0"/>
              <w:autoSpaceDN w:val="0"/>
              <w:spacing w:before="148" w:after="0" w:line="178" w:lineRule="exact"/>
              <w:jc w:val="center"/>
            </w:pPr>
          </w:p>
        </w:tc>
      </w:tr>
    </w:tbl>
    <w:p w14:paraId="3DE023F0" w14:textId="7379716F" w:rsidR="003058C4" w:rsidRDefault="003058C4" w:rsidP="003058C4">
      <w:pPr>
        <w:pStyle w:val="Cabealho"/>
        <w:jc w:val="center"/>
        <w:rPr>
          <w:rFonts w:ascii="Arial" w:hAnsi="Arial" w:cs="Arial"/>
          <w:b/>
          <w:color w:val="339966"/>
          <w:sz w:val="40"/>
          <w:szCs w:val="40"/>
        </w:rPr>
      </w:pPr>
      <w:r w:rsidRPr="004F7989">
        <w:rPr>
          <w:rFonts w:ascii="Arial" w:hAnsi="Arial" w:cs="Arial"/>
          <w:b/>
          <w:color w:val="339966"/>
          <w:sz w:val="40"/>
          <w:szCs w:val="40"/>
        </w:rPr>
        <w:t>PREFEITURA MUNICIPAL DE ARAPOTI</w:t>
      </w:r>
    </w:p>
    <w:p w14:paraId="5ACF8DDF" w14:textId="432B2F85" w:rsidR="003058C4" w:rsidRDefault="003058C4" w:rsidP="003058C4">
      <w:pPr>
        <w:pStyle w:val="Cabealho"/>
        <w:jc w:val="center"/>
        <w:rPr>
          <w:rFonts w:ascii="Arial" w:hAnsi="Arial" w:cs="Arial"/>
          <w:b/>
          <w:color w:val="339966"/>
          <w:sz w:val="40"/>
          <w:szCs w:val="40"/>
        </w:rPr>
      </w:pPr>
      <w:proofErr w:type="spellStart"/>
      <w:r>
        <w:rPr>
          <w:rFonts w:ascii="Arial" w:hAnsi="Arial" w:cs="Arial"/>
          <w:sz w:val="18"/>
        </w:rPr>
        <w:t>Rua</w:t>
      </w:r>
      <w:proofErr w:type="spellEnd"/>
      <w:r>
        <w:rPr>
          <w:rFonts w:ascii="Arial" w:hAnsi="Arial" w:cs="Arial"/>
          <w:sz w:val="18"/>
        </w:rPr>
        <w:t xml:space="preserve"> </w:t>
      </w:r>
      <w:proofErr w:type="spellStart"/>
      <w:r>
        <w:rPr>
          <w:rFonts w:ascii="Arial" w:hAnsi="Arial" w:cs="Arial"/>
          <w:sz w:val="18"/>
        </w:rPr>
        <w:t>Placidio</w:t>
      </w:r>
      <w:proofErr w:type="spellEnd"/>
      <w:r>
        <w:rPr>
          <w:rFonts w:ascii="Arial" w:hAnsi="Arial" w:cs="Arial"/>
          <w:sz w:val="18"/>
        </w:rPr>
        <w:t xml:space="preserve"> </w:t>
      </w:r>
      <w:proofErr w:type="spellStart"/>
      <w:r>
        <w:rPr>
          <w:rFonts w:ascii="Arial" w:hAnsi="Arial" w:cs="Arial"/>
          <w:sz w:val="18"/>
        </w:rPr>
        <w:t>Leite</w:t>
      </w:r>
      <w:proofErr w:type="spellEnd"/>
      <w:r>
        <w:rPr>
          <w:rFonts w:ascii="Arial" w:hAnsi="Arial" w:cs="Arial"/>
          <w:sz w:val="18"/>
        </w:rPr>
        <w:t xml:space="preserve"> Nº 148 Centro </w:t>
      </w:r>
      <w:proofErr w:type="spellStart"/>
      <w:r>
        <w:rPr>
          <w:rFonts w:ascii="Arial" w:hAnsi="Arial" w:cs="Arial"/>
          <w:sz w:val="18"/>
        </w:rPr>
        <w:t>Cívico</w:t>
      </w:r>
      <w:proofErr w:type="spellEnd"/>
      <w:r>
        <w:rPr>
          <w:rFonts w:ascii="Arial" w:hAnsi="Arial" w:cs="Arial"/>
          <w:sz w:val="18"/>
        </w:rPr>
        <w:t xml:space="preserve"> – CEP-84.990-000 - </w:t>
      </w:r>
      <w:proofErr w:type="spellStart"/>
      <w:r>
        <w:rPr>
          <w:rFonts w:ascii="Arial" w:hAnsi="Arial" w:cs="Arial"/>
          <w:sz w:val="18"/>
        </w:rPr>
        <w:t>Fone</w:t>
      </w:r>
      <w:proofErr w:type="spellEnd"/>
      <w:r>
        <w:rPr>
          <w:rFonts w:ascii="Arial" w:hAnsi="Arial" w:cs="Arial"/>
          <w:sz w:val="18"/>
        </w:rPr>
        <w:t>/Fax 43 3512-3000</w:t>
      </w:r>
    </w:p>
    <w:p w14:paraId="67827C20" w14:textId="77777777" w:rsidR="003058C4" w:rsidRPr="00121DF4" w:rsidRDefault="003058C4" w:rsidP="003058C4">
      <w:pPr>
        <w:pStyle w:val="Cabealho"/>
        <w:jc w:val="center"/>
        <w:rPr>
          <w:rFonts w:ascii="Arial" w:hAnsi="Arial" w:cs="Arial"/>
          <w:b/>
          <w:color w:val="339966"/>
          <w:sz w:val="40"/>
          <w:szCs w:val="40"/>
        </w:rPr>
      </w:pPr>
      <w:r>
        <w:rPr>
          <w:rFonts w:ascii="Arial" w:hAnsi="Arial" w:cs="Arial"/>
          <w:b/>
          <w:sz w:val="18"/>
        </w:rPr>
        <w:t>ARAPOTI – PARANÁ – CNPJ Nº 75.658.377/0001-31</w:t>
      </w:r>
    </w:p>
    <w:p w14:paraId="2CE56AFF" w14:textId="7C507557" w:rsidR="003058C4" w:rsidRDefault="003058C4" w:rsidP="00E35B39">
      <w:pPr>
        <w:autoSpaceDE w:val="0"/>
        <w:autoSpaceDN w:val="0"/>
        <w:spacing w:before="120" w:after="120" w:line="240" w:lineRule="auto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PROCESSO SELETIVO SIMPLIFICADO N.º 02/2022</w:t>
      </w:r>
    </w:p>
    <w:p w14:paraId="35B27AB3" w14:textId="2F174CEC" w:rsidR="00E35B39" w:rsidRDefault="00E35B39" w:rsidP="00E35B39">
      <w:pPr>
        <w:autoSpaceDE w:val="0"/>
        <w:autoSpaceDN w:val="0"/>
        <w:spacing w:before="120" w:after="120" w:line="240" w:lineRule="auto"/>
        <w:jc w:val="center"/>
      </w:pPr>
      <w:r>
        <w:rPr>
          <w:rFonts w:ascii="Arial" w:hAnsi="Arial" w:cs="Arial"/>
          <w:b/>
          <w:bCs/>
        </w:rPr>
        <w:t xml:space="preserve">ANEXO </w:t>
      </w:r>
      <w:r w:rsidR="00314941">
        <w:rPr>
          <w:rFonts w:ascii="Arial" w:hAnsi="Arial" w:cs="Arial"/>
          <w:b/>
          <w:bCs/>
        </w:rPr>
        <w:t>I</w:t>
      </w:r>
      <w:r w:rsidR="0085136D">
        <w:rPr>
          <w:rFonts w:ascii="Arial" w:hAnsi="Arial" w:cs="Arial"/>
          <w:b/>
          <w:bCs/>
        </w:rPr>
        <w:t>I -</w:t>
      </w:r>
      <w:r w:rsidR="002134C6">
        <w:rPr>
          <w:rFonts w:ascii="Arial" w:hAnsi="Arial" w:cs="Arial"/>
          <w:b/>
          <w:bCs/>
        </w:rPr>
        <w:t xml:space="preserve"> FICHA DE INSCRIÇÃO PARA CARGO </w:t>
      </w:r>
      <w:r w:rsidR="00F047D6">
        <w:rPr>
          <w:rFonts w:ascii="Arial" w:hAnsi="Arial" w:cs="Arial"/>
          <w:b/>
          <w:bCs/>
        </w:rPr>
        <w:t>–</w:t>
      </w:r>
      <w:r w:rsidR="002134C6">
        <w:rPr>
          <w:rFonts w:ascii="Arial" w:hAnsi="Arial" w:cs="Arial"/>
          <w:b/>
          <w:bCs/>
        </w:rPr>
        <w:t xml:space="preserve"> </w:t>
      </w:r>
      <w:r w:rsidR="00F047D6">
        <w:rPr>
          <w:rFonts w:ascii="Arial" w:hAnsi="Arial" w:cs="Arial"/>
          <w:b/>
          <w:bCs/>
        </w:rPr>
        <w:t>NUTRICIONISTA</w:t>
      </w:r>
    </w:p>
    <w:tbl>
      <w:tblPr>
        <w:tblW w:w="0" w:type="auto"/>
        <w:tblInd w:w="1480" w:type="dxa"/>
        <w:tblLayout w:type="fixed"/>
        <w:tblLook w:val="04A0" w:firstRow="1" w:lastRow="0" w:firstColumn="1" w:lastColumn="0" w:noHBand="0" w:noVBand="1"/>
      </w:tblPr>
      <w:tblGrid>
        <w:gridCol w:w="1592"/>
        <w:gridCol w:w="748"/>
        <w:gridCol w:w="2162"/>
        <w:gridCol w:w="796"/>
        <w:gridCol w:w="614"/>
        <w:gridCol w:w="270"/>
        <w:gridCol w:w="2985"/>
      </w:tblGrid>
      <w:tr w:rsidR="00C12D08" w14:paraId="22E782EF" w14:textId="77777777" w:rsidTr="002B188B">
        <w:trPr>
          <w:trHeight w:hRule="exact" w:val="680"/>
        </w:trPr>
        <w:tc>
          <w:tcPr>
            <w:tcW w:w="9167" w:type="dxa"/>
            <w:gridSpan w:val="7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left w:w="0" w:type="dxa"/>
              <w:right w:w="0" w:type="dxa"/>
            </w:tcMar>
          </w:tcPr>
          <w:p w14:paraId="388D61A3" w14:textId="77777777" w:rsidR="00C12D08" w:rsidRDefault="00000000">
            <w:pPr>
              <w:autoSpaceDE w:val="0"/>
              <w:autoSpaceDN w:val="0"/>
              <w:spacing w:before="226" w:after="0" w:line="200" w:lineRule="exact"/>
              <w:jc w:val="center"/>
            </w:pPr>
            <w:r>
              <w:rPr>
                <w:rFonts w:ascii="Arial" w:eastAsia="Arial" w:hAnsi="Arial"/>
                <w:b/>
                <w:color w:val="000000"/>
                <w:sz w:val="18"/>
              </w:rPr>
              <w:t>COMPROVANTE DE INSCRIÇÃO</w:t>
            </w:r>
          </w:p>
        </w:tc>
      </w:tr>
      <w:tr w:rsidR="00C12D08" w14:paraId="006B5D83" w14:textId="77777777" w:rsidTr="002B188B">
        <w:trPr>
          <w:trHeight w:hRule="exact" w:val="489"/>
        </w:trPr>
        <w:tc>
          <w:tcPr>
            <w:tcW w:w="9167" w:type="dxa"/>
            <w:gridSpan w:val="7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left w:w="0" w:type="dxa"/>
              <w:right w:w="0" w:type="dxa"/>
            </w:tcMar>
          </w:tcPr>
          <w:p w14:paraId="2696C0B3" w14:textId="527B3441" w:rsidR="00C12D08" w:rsidRDefault="00000000">
            <w:pPr>
              <w:autoSpaceDE w:val="0"/>
              <w:autoSpaceDN w:val="0"/>
              <w:spacing w:after="0" w:line="188" w:lineRule="exact"/>
              <w:ind w:left="22" w:right="22"/>
            </w:pPr>
            <w:r>
              <w:rPr>
                <w:rFonts w:ascii="ArialMT" w:eastAsia="ArialMT" w:hAnsi="ArialMT"/>
                <w:color w:val="000000"/>
                <w:sz w:val="12"/>
              </w:rPr>
              <w:t>CANDIDATO À VAGA</w:t>
            </w:r>
            <w:r>
              <w:br/>
            </w:r>
            <w:r w:rsidR="00F047D6">
              <w:t xml:space="preserve">NUTRICIONISTA </w:t>
            </w:r>
          </w:p>
        </w:tc>
      </w:tr>
      <w:tr w:rsidR="00C12D08" w14:paraId="44319DDF" w14:textId="77777777" w:rsidTr="002B188B">
        <w:trPr>
          <w:trHeight w:hRule="exact" w:val="494"/>
        </w:trPr>
        <w:tc>
          <w:tcPr>
            <w:tcW w:w="1592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left w:w="0" w:type="dxa"/>
              <w:right w:w="0" w:type="dxa"/>
            </w:tcMar>
          </w:tcPr>
          <w:p w14:paraId="31EF0CD5" w14:textId="19CDB087" w:rsidR="00C12D08" w:rsidRDefault="00000000">
            <w:pPr>
              <w:autoSpaceDE w:val="0"/>
              <w:autoSpaceDN w:val="0"/>
              <w:spacing w:after="0" w:line="192" w:lineRule="exact"/>
              <w:ind w:left="22" w:right="22"/>
            </w:pPr>
            <w:r>
              <w:rPr>
                <w:rFonts w:ascii="ArialMT" w:eastAsia="ArialMT" w:hAnsi="ArialMT"/>
                <w:color w:val="000000"/>
                <w:sz w:val="12"/>
              </w:rPr>
              <w:t>Nº DE INSCRIÇÃO</w:t>
            </w:r>
            <w:r w:rsidR="00F73229">
              <w:rPr>
                <w:rFonts w:ascii="ArialMT" w:eastAsia="ArialMT" w:hAnsi="ArialMT"/>
                <w:color w:val="000000"/>
                <w:sz w:val="12"/>
              </w:rPr>
              <w:t xml:space="preserve">      </w:t>
            </w:r>
            <w:r w:rsidR="00F73229" w:rsidRPr="001C3A5C">
              <w:rPr>
                <w:rFonts w:ascii="Arial" w:hAnsi="Arial" w:cs="Arial"/>
                <w:sz w:val="16"/>
                <w:szCs w:val="16"/>
              </w:rPr>
              <w:t>*1</w:t>
            </w:r>
            <w:r w:rsidR="00F73229">
              <w:rPr>
                <w:rFonts w:ascii="ArialMT" w:eastAsia="ArialMT" w:hAnsi="ArialMT"/>
                <w:color w:val="000000"/>
                <w:sz w:val="12"/>
              </w:rPr>
              <w:t xml:space="preserve">  </w:t>
            </w:r>
            <w:r>
              <w:br/>
            </w:r>
          </w:p>
        </w:tc>
        <w:tc>
          <w:tcPr>
            <w:tcW w:w="7575" w:type="dxa"/>
            <w:gridSpan w:val="6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left w:w="0" w:type="dxa"/>
              <w:right w:w="0" w:type="dxa"/>
            </w:tcMar>
          </w:tcPr>
          <w:p w14:paraId="3ACC2198" w14:textId="568D8D42" w:rsidR="00C12D08" w:rsidRDefault="00000000">
            <w:pPr>
              <w:autoSpaceDE w:val="0"/>
              <w:autoSpaceDN w:val="0"/>
              <w:spacing w:after="0" w:line="192" w:lineRule="exact"/>
              <w:ind w:left="20" w:right="20"/>
            </w:pPr>
            <w:r>
              <w:rPr>
                <w:rFonts w:ascii="ArialMT" w:eastAsia="ArialMT" w:hAnsi="ArialMT"/>
                <w:color w:val="000000"/>
                <w:sz w:val="12"/>
              </w:rPr>
              <w:t>NOME</w:t>
            </w:r>
            <w:r>
              <w:br/>
            </w:r>
          </w:p>
        </w:tc>
      </w:tr>
      <w:tr w:rsidR="00C12D08" w14:paraId="25E26FA0" w14:textId="77777777" w:rsidTr="002B188B">
        <w:trPr>
          <w:trHeight w:hRule="exact" w:val="511"/>
        </w:trPr>
        <w:tc>
          <w:tcPr>
            <w:tcW w:w="1592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left w:w="0" w:type="dxa"/>
              <w:right w:w="0" w:type="dxa"/>
            </w:tcMar>
          </w:tcPr>
          <w:p w14:paraId="3E82477B" w14:textId="62D152C2" w:rsidR="00C12D08" w:rsidRDefault="00000000">
            <w:pPr>
              <w:autoSpaceDE w:val="0"/>
              <w:autoSpaceDN w:val="0"/>
              <w:spacing w:after="0" w:line="194" w:lineRule="exact"/>
              <w:ind w:left="22" w:right="22"/>
            </w:pPr>
            <w:r>
              <w:rPr>
                <w:rFonts w:ascii="ArialMT" w:eastAsia="ArialMT" w:hAnsi="ArialMT"/>
                <w:color w:val="000000"/>
                <w:sz w:val="12"/>
              </w:rPr>
              <w:t>DATA DE NASCIMENTO</w:t>
            </w:r>
            <w:r>
              <w:br/>
            </w:r>
          </w:p>
        </w:tc>
        <w:tc>
          <w:tcPr>
            <w:tcW w:w="3706" w:type="dxa"/>
            <w:gridSpan w:val="3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left w:w="0" w:type="dxa"/>
              <w:right w:w="0" w:type="dxa"/>
            </w:tcMar>
          </w:tcPr>
          <w:p w14:paraId="26FD20DD" w14:textId="2677674A" w:rsidR="00C12D08" w:rsidRDefault="00000000">
            <w:pPr>
              <w:autoSpaceDE w:val="0"/>
              <w:autoSpaceDN w:val="0"/>
              <w:spacing w:after="0" w:line="194" w:lineRule="exact"/>
              <w:ind w:left="20" w:right="20"/>
            </w:pPr>
            <w:r>
              <w:rPr>
                <w:rFonts w:ascii="ArialMT" w:eastAsia="ArialMT" w:hAnsi="ArialMT"/>
                <w:color w:val="000000"/>
                <w:sz w:val="12"/>
              </w:rPr>
              <w:t>CPF</w:t>
            </w:r>
            <w:r>
              <w:br/>
            </w:r>
          </w:p>
        </w:tc>
        <w:tc>
          <w:tcPr>
            <w:tcW w:w="3869" w:type="dxa"/>
            <w:gridSpan w:val="3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left w:w="0" w:type="dxa"/>
              <w:right w:w="0" w:type="dxa"/>
            </w:tcMar>
          </w:tcPr>
          <w:p w14:paraId="57E27655" w14:textId="1360B725" w:rsidR="00C12D08" w:rsidRDefault="00000000">
            <w:pPr>
              <w:autoSpaceDE w:val="0"/>
              <w:autoSpaceDN w:val="0"/>
              <w:spacing w:after="0" w:line="194" w:lineRule="exact"/>
              <w:ind w:left="22" w:right="22"/>
            </w:pPr>
            <w:r>
              <w:rPr>
                <w:rFonts w:ascii="ArialMT" w:eastAsia="ArialMT" w:hAnsi="ArialMT"/>
                <w:color w:val="000000"/>
                <w:sz w:val="12"/>
              </w:rPr>
              <w:t>RG</w:t>
            </w:r>
            <w:r>
              <w:br/>
            </w:r>
          </w:p>
        </w:tc>
      </w:tr>
      <w:tr w:rsidR="00C12D08" w14:paraId="722BF57A" w14:textId="77777777" w:rsidTr="002B188B">
        <w:trPr>
          <w:trHeight w:hRule="exact" w:val="479"/>
        </w:trPr>
        <w:tc>
          <w:tcPr>
            <w:tcW w:w="5912" w:type="dxa"/>
            <w:gridSpan w:val="5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left w:w="0" w:type="dxa"/>
              <w:right w:w="0" w:type="dxa"/>
            </w:tcMar>
          </w:tcPr>
          <w:p w14:paraId="7AE1114E" w14:textId="0797D5EF" w:rsidR="00C12D08" w:rsidRDefault="00000000">
            <w:pPr>
              <w:autoSpaceDE w:val="0"/>
              <w:autoSpaceDN w:val="0"/>
              <w:spacing w:after="0" w:line="192" w:lineRule="exact"/>
              <w:ind w:left="22" w:right="22"/>
            </w:pPr>
            <w:r>
              <w:rPr>
                <w:rFonts w:ascii="ArialMT" w:eastAsia="ArialMT" w:hAnsi="ArialMT"/>
                <w:color w:val="000000"/>
                <w:sz w:val="12"/>
              </w:rPr>
              <w:t>ENDEREÇO</w:t>
            </w:r>
            <w:r>
              <w:br/>
            </w:r>
          </w:p>
        </w:tc>
        <w:tc>
          <w:tcPr>
            <w:tcW w:w="3255" w:type="dxa"/>
            <w:gridSpan w:val="2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left w:w="0" w:type="dxa"/>
              <w:right w:w="0" w:type="dxa"/>
            </w:tcMar>
          </w:tcPr>
          <w:p w14:paraId="2761E8C8" w14:textId="66F6D5DD" w:rsidR="00C12D08" w:rsidRDefault="00000000">
            <w:pPr>
              <w:autoSpaceDE w:val="0"/>
              <w:autoSpaceDN w:val="0"/>
              <w:spacing w:after="0" w:line="184" w:lineRule="exact"/>
              <w:ind w:left="22" w:right="22"/>
            </w:pPr>
            <w:r>
              <w:rPr>
                <w:rFonts w:ascii="ArialMT" w:eastAsia="ArialMT" w:hAnsi="ArialMT"/>
                <w:color w:val="000000"/>
                <w:sz w:val="12"/>
              </w:rPr>
              <w:t>BAIRRO</w:t>
            </w:r>
            <w:r>
              <w:br/>
            </w:r>
          </w:p>
        </w:tc>
      </w:tr>
      <w:tr w:rsidR="00C12D08" w14:paraId="41FF713F" w14:textId="77777777" w:rsidTr="002B188B">
        <w:trPr>
          <w:trHeight w:hRule="exact" w:val="511"/>
        </w:trPr>
        <w:tc>
          <w:tcPr>
            <w:tcW w:w="2340" w:type="dxa"/>
            <w:gridSpan w:val="2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left w:w="0" w:type="dxa"/>
              <w:right w:w="0" w:type="dxa"/>
            </w:tcMar>
          </w:tcPr>
          <w:p w14:paraId="1B754BB3" w14:textId="005EB1AE" w:rsidR="00C12D08" w:rsidRDefault="00000000">
            <w:pPr>
              <w:autoSpaceDE w:val="0"/>
              <w:autoSpaceDN w:val="0"/>
              <w:spacing w:after="0" w:line="192" w:lineRule="exact"/>
              <w:ind w:left="22" w:right="22"/>
            </w:pPr>
            <w:r>
              <w:rPr>
                <w:rFonts w:ascii="ArialMT" w:eastAsia="ArialMT" w:hAnsi="ArialMT"/>
                <w:color w:val="000000"/>
                <w:sz w:val="12"/>
              </w:rPr>
              <w:t>CEP</w:t>
            </w:r>
            <w:r>
              <w:br/>
            </w:r>
          </w:p>
        </w:tc>
        <w:tc>
          <w:tcPr>
            <w:tcW w:w="3842" w:type="dxa"/>
            <w:gridSpan w:val="4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left w:w="0" w:type="dxa"/>
              <w:right w:w="0" w:type="dxa"/>
            </w:tcMar>
          </w:tcPr>
          <w:p w14:paraId="7DE5C799" w14:textId="53477198" w:rsidR="00C12D08" w:rsidRDefault="00000000">
            <w:pPr>
              <w:autoSpaceDE w:val="0"/>
              <w:autoSpaceDN w:val="0"/>
              <w:spacing w:after="0" w:line="192" w:lineRule="exact"/>
              <w:ind w:left="24" w:right="24"/>
            </w:pPr>
            <w:r>
              <w:rPr>
                <w:rFonts w:ascii="ArialMT" w:eastAsia="ArialMT" w:hAnsi="ArialMT"/>
                <w:color w:val="000000"/>
                <w:sz w:val="12"/>
              </w:rPr>
              <w:t>CIDADE</w:t>
            </w:r>
            <w:r>
              <w:br/>
            </w:r>
          </w:p>
        </w:tc>
        <w:tc>
          <w:tcPr>
            <w:tcW w:w="2985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left w:w="0" w:type="dxa"/>
              <w:right w:w="0" w:type="dxa"/>
            </w:tcMar>
          </w:tcPr>
          <w:p w14:paraId="732733E9" w14:textId="4A2E8E47" w:rsidR="00C12D08" w:rsidRDefault="00000000">
            <w:pPr>
              <w:autoSpaceDE w:val="0"/>
              <w:autoSpaceDN w:val="0"/>
              <w:spacing w:after="0" w:line="192" w:lineRule="exact"/>
              <w:ind w:left="22" w:right="22"/>
            </w:pPr>
            <w:r>
              <w:rPr>
                <w:rFonts w:ascii="ArialMT" w:eastAsia="ArialMT" w:hAnsi="ArialMT"/>
                <w:color w:val="000000"/>
                <w:sz w:val="12"/>
              </w:rPr>
              <w:t>ESTADO</w:t>
            </w:r>
            <w:r>
              <w:br/>
            </w:r>
          </w:p>
        </w:tc>
      </w:tr>
      <w:tr w:rsidR="00C12D08" w14:paraId="06DAE543" w14:textId="77777777" w:rsidTr="002B188B">
        <w:trPr>
          <w:trHeight w:hRule="exact" w:val="488"/>
        </w:trPr>
        <w:tc>
          <w:tcPr>
            <w:tcW w:w="4502" w:type="dxa"/>
            <w:gridSpan w:val="3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left w:w="0" w:type="dxa"/>
              <w:right w:w="0" w:type="dxa"/>
            </w:tcMar>
          </w:tcPr>
          <w:p w14:paraId="7FA8649C" w14:textId="3F504AA0" w:rsidR="00C12D08" w:rsidRDefault="00000000">
            <w:pPr>
              <w:autoSpaceDE w:val="0"/>
              <w:autoSpaceDN w:val="0"/>
              <w:spacing w:after="0" w:line="184" w:lineRule="exact"/>
              <w:ind w:left="22" w:right="22"/>
            </w:pPr>
            <w:r>
              <w:rPr>
                <w:rFonts w:ascii="ArialMT" w:eastAsia="ArialMT" w:hAnsi="ArialMT"/>
                <w:color w:val="000000"/>
                <w:sz w:val="12"/>
              </w:rPr>
              <w:t>TELEFONE</w:t>
            </w:r>
            <w:r>
              <w:br/>
            </w:r>
          </w:p>
        </w:tc>
        <w:tc>
          <w:tcPr>
            <w:tcW w:w="4665" w:type="dxa"/>
            <w:gridSpan w:val="4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left w:w="0" w:type="dxa"/>
              <w:right w:w="0" w:type="dxa"/>
            </w:tcMar>
          </w:tcPr>
          <w:p w14:paraId="7A28B5FF" w14:textId="3E927702" w:rsidR="00C12D08" w:rsidRDefault="00000000">
            <w:pPr>
              <w:autoSpaceDE w:val="0"/>
              <w:autoSpaceDN w:val="0"/>
              <w:spacing w:after="0" w:line="184" w:lineRule="exact"/>
              <w:ind w:left="22" w:right="22"/>
            </w:pPr>
            <w:r>
              <w:rPr>
                <w:rFonts w:ascii="ArialMT" w:eastAsia="ArialMT" w:hAnsi="ArialMT"/>
                <w:color w:val="000000"/>
                <w:sz w:val="12"/>
              </w:rPr>
              <w:t>E-MAIL</w:t>
            </w:r>
            <w:r>
              <w:br/>
            </w:r>
          </w:p>
        </w:tc>
      </w:tr>
      <w:tr w:rsidR="00C12D08" w14:paraId="28F02AAC" w14:textId="77777777" w:rsidTr="002B188B">
        <w:trPr>
          <w:trHeight w:hRule="exact" w:val="459"/>
        </w:trPr>
        <w:tc>
          <w:tcPr>
            <w:tcW w:w="9167" w:type="dxa"/>
            <w:gridSpan w:val="7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left w:w="0" w:type="dxa"/>
              <w:right w:w="0" w:type="dxa"/>
            </w:tcMar>
          </w:tcPr>
          <w:p w14:paraId="1699E4EE" w14:textId="42FC2B3E" w:rsidR="00C12D08" w:rsidRDefault="00000000">
            <w:pPr>
              <w:autoSpaceDE w:val="0"/>
              <w:autoSpaceDN w:val="0"/>
              <w:spacing w:after="0" w:line="188" w:lineRule="exact"/>
              <w:ind w:left="22" w:right="22"/>
            </w:pPr>
            <w:r>
              <w:rPr>
                <w:rFonts w:ascii="ArialMT" w:eastAsia="ArialMT" w:hAnsi="ArialMT"/>
                <w:color w:val="000000"/>
                <w:sz w:val="12"/>
              </w:rPr>
              <w:t>AFRODESCENDENTE</w:t>
            </w:r>
            <w:r>
              <w:br/>
            </w:r>
            <w:r w:rsidR="002134C6">
              <w:rPr>
                <w:rFonts w:ascii="ArialMT" w:eastAsia="ArialMT" w:hAnsi="ArialMT"/>
                <w:color w:val="000000"/>
                <w:sz w:val="18"/>
              </w:rPr>
              <w:t xml:space="preserve"> SIM (      )                  NÃO(     )</w:t>
            </w:r>
          </w:p>
        </w:tc>
      </w:tr>
      <w:tr w:rsidR="00C12D08" w14:paraId="78ABD2EA" w14:textId="77777777" w:rsidTr="002B188B">
        <w:trPr>
          <w:trHeight w:hRule="exact" w:val="450"/>
        </w:trPr>
        <w:tc>
          <w:tcPr>
            <w:tcW w:w="9167" w:type="dxa"/>
            <w:gridSpan w:val="7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left w:w="0" w:type="dxa"/>
              <w:right w:w="0" w:type="dxa"/>
            </w:tcMar>
          </w:tcPr>
          <w:p w14:paraId="20A1C268" w14:textId="000C70B7" w:rsidR="00C12D08" w:rsidRDefault="00000000">
            <w:pPr>
              <w:autoSpaceDE w:val="0"/>
              <w:autoSpaceDN w:val="0"/>
              <w:spacing w:after="0" w:line="192" w:lineRule="exact"/>
              <w:ind w:left="22" w:right="22"/>
            </w:pPr>
            <w:r>
              <w:rPr>
                <w:rFonts w:ascii="ArialMT" w:eastAsia="ArialMT" w:hAnsi="ArialMT"/>
                <w:color w:val="000000"/>
                <w:sz w:val="12"/>
              </w:rPr>
              <w:t>NECESSIDADE ESPECIAL</w:t>
            </w:r>
            <w:r>
              <w:br/>
            </w:r>
            <w:r>
              <w:rPr>
                <w:rFonts w:ascii="ArialMT" w:eastAsia="ArialMT" w:hAnsi="ArialMT"/>
                <w:color w:val="000000"/>
                <w:sz w:val="18"/>
              </w:rPr>
              <w:t xml:space="preserve">Portador de Necessidade Especial: </w:t>
            </w:r>
            <w:r w:rsidR="002134C6">
              <w:rPr>
                <w:rFonts w:ascii="ArialMT" w:eastAsia="ArialMT" w:hAnsi="ArialMT"/>
                <w:color w:val="000000"/>
                <w:sz w:val="18"/>
              </w:rPr>
              <w:t>SIM (      )                  NÃO(     )</w:t>
            </w:r>
          </w:p>
        </w:tc>
      </w:tr>
    </w:tbl>
    <w:p w14:paraId="72C7519E" w14:textId="09E01154" w:rsidR="00C12D08" w:rsidRDefault="00C12D08">
      <w:pPr>
        <w:autoSpaceDE w:val="0"/>
        <w:autoSpaceDN w:val="0"/>
        <w:spacing w:after="0" w:line="298" w:lineRule="exact"/>
      </w:pPr>
    </w:p>
    <w:p w14:paraId="7C4F428B" w14:textId="77777777" w:rsidR="006F7219" w:rsidRDefault="006F7219" w:rsidP="006F7219">
      <w:pPr>
        <w:tabs>
          <w:tab w:val="left" w:pos="1725"/>
        </w:tabs>
        <w:autoSpaceDE w:val="0"/>
        <w:autoSpaceDN w:val="0"/>
        <w:spacing w:after="0" w:line="298" w:lineRule="exact"/>
        <w:ind w:left="1560"/>
      </w:pPr>
      <w:r>
        <w:tab/>
      </w:r>
    </w:p>
    <w:tbl>
      <w:tblPr>
        <w:tblStyle w:val="Tabelacomgrade"/>
        <w:tblW w:w="0" w:type="auto"/>
        <w:tblInd w:w="1560" w:type="dxa"/>
        <w:tblLook w:val="04A0" w:firstRow="1" w:lastRow="0" w:firstColumn="1" w:lastColumn="0" w:noHBand="0" w:noVBand="1"/>
      </w:tblPr>
      <w:tblGrid>
        <w:gridCol w:w="480"/>
        <w:gridCol w:w="7140"/>
        <w:gridCol w:w="285"/>
        <w:gridCol w:w="667"/>
        <w:gridCol w:w="624"/>
      </w:tblGrid>
      <w:tr w:rsidR="006F7219" w:rsidRPr="002B188B" w14:paraId="7394A012" w14:textId="77777777" w:rsidTr="002B188B">
        <w:trPr>
          <w:trHeight w:val="297"/>
        </w:trPr>
        <w:tc>
          <w:tcPr>
            <w:tcW w:w="9196" w:type="dxa"/>
            <w:gridSpan w:val="5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5DBFD63" w14:textId="3E3FE69D" w:rsidR="006F7219" w:rsidRPr="002B188B" w:rsidRDefault="00004BD1" w:rsidP="00004BD1">
            <w:pPr>
              <w:tabs>
                <w:tab w:val="left" w:pos="1725"/>
              </w:tabs>
              <w:autoSpaceDE w:val="0"/>
              <w:autoSpaceDN w:val="0"/>
              <w:spacing w:line="298" w:lineRule="exact"/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2B188B">
              <w:rPr>
                <w:rFonts w:ascii="Arial" w:hAnsi="Arial" w:cs="Arial"/>
                <w:sz w:val="20"/>
                <w:szCs w:val="20"/>
              </w:rPr>
              <w:t>Titulos</w:t>
            </w:r>
            <w:proofErr w:type="spellEnd"/>
            <w:r w:rsidRPr="002B188B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2B188B">
              <w:rPr>
                <w:rFonts w:ascii="Arial" w:hAnsi="Arial" w:cs="Arial"/>
                <w:sz w:val="20"/>
                <w:szCs w:val="20"/>
              </w:rPr>
              <w:t>Informados</w:t>
            </w:r>
            <w:proofErr w:type="spellEnd"/>
          </w:p>
        </w:tc>
      </w:tr>
      <w:tr w:rsidR="00E41D1D" w:rsidRPr="002B188B" w14:paraId="1AB0BC16" w14:textId="4B88A081" w:rsidTr="002B188B">
        <w:trPr>
          <w:trHeight w:val="283"/>
        </w:trPr>
        <w:tc>
          <w:tcPr>
            <w:tcW w:w="7620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7CDBBF7" w14:textId="1B2B05B4" w:rsidR="00E41D1D" w:rsidRPr="002B188B" w:rsidRDefault="00E41D1D" w:rsidP="00E41D1D">
            <w:pPr>
              <w:tabs>
                <w:tab w:val="left" w:pos="1725"/>
              </w:tabs>
              <w:autoSpaceDE w:val="0"/>
              <w:autoSpaceDN w:val="0"/>
              <w:spacing w:line="298" w:lineRule="exact"/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2B188B">
              <w:rPr>
                <w:rFonts w:ascii="Arial" w:hAnsi="Arial" w:cs="Arial"/>
                <w:sz w:val="20"/>
                <w:szCs w:val="20"/>
              </w:rPr>
              <w:t>Pontuação</w:t>
            </w:r>
            <w:proofErr w:type="spellEnd"/>
            <w:r w:rsidRPr="002B188B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2B188B">
              <w:rPr>
                <w:rFonts w:ascii="Arial" w:hAnsi="Arial" w:cs="Arial"/>
                <w:sz w:val="20"/>
                <w:szCs w:val="20"/>
              </w:rPr>
              <w:t>por</w:t>
            </w:r>
            <w:proofErr w:type="spellEnd"/>
            <w:r w:rsidRPr="002B188B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2B188B">
              <w:rPr>
                <w:rFonts w:ascii="Arial" w:hAnsi="Arial" w:cs="Arial"/>
                <w:sz w:val="20"/>
                <w:szCs w:val="20"/>
              </w:rPr>
              <w:t>Habilitação</w:t>
            </w:r>
            <w:proofErr w:type="spellEnd"/>
          </w:p>
        </w:tc>
        <w:tc>
          <w:tcPr>
            <w:tcW w:w="952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4D1E06D1" w14:textId="2A01A087" w:rsidR="00E41D1D" w:rsidRPr="002B188B" w:rsidRDefault="00E41D1D" w:rsidP="00DE2F83">
            <w:pPr>
              <w:tabs>
                <w:tab w:val="left" w:pos="1725"/>
              </w:tabs>
              <w:autoSpaceDE w:val="0"/>
              <w:autoSpaceDN w:val="0"/>
              <w:spacing w:line="298" w:lineRule="exact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2B188B">
              <w:rPr>
                <w:rFonts w:ascii="Arial" w:hAnsi="Arial" w:cs="Arial"/>
                <w:sz w:val="20"/>
                <w:szCs w:val="20"/>
              </w:rPr>
              <w:t>Pontos</w:t>
            </w:r>
            <w:proofErr w:type="spellEnd"/>
          </w:p>
        </w:tc>
        <w:tc>
          <w:tcPr>
            <w:tcW w:w="62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38248EF" w14:textId="09EE6FFF" w:rsidR="00E41D1D" w:rsidRPr="002B188B" w:rsidRDefault="00E41D1D" w:rsidP="00E41D1D">
            <w:pPr>
              <w:tabs>
                <w:tab w:val="left" w:pos="1725"/>
              </w:tabs>
              <w:autoSpaceDE w:val="0"/>
              <w:autoSpaceDN w:val="0"/>
              <w:spacing w:line="298" w:lineRule="exact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B188B">
              <w:rPr>
                <w:rFonts w:ascii="Arial" w:hAnsi="Arial" w:cs="Arial"/>
                <w:sz w:val="20"/>
                <w:szCs w:val="20"/>
              </w:rPr>
              <w:t>X</w:t>
            </w:r>
            <w:r w:rsidR="00F73229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F73229" w:rsidRPr="001C3A5C">
              <w:rPr>
                <w:rFonts w:ascii="Arial" w:hAnsi="Arial" w:cs="Arial"/>
                <w:sz w:val="16"/>
                <w:szCs w:val="16"/>
              </w:rPr>
              <w:t>*2</w:t>
            </w:r>
          </w:p>
        </w:tc>
      </w:tr>
      <w:tr w:rsidR="00E41D1D" w:rsidRPr="002B188B" w14:paraId="0817F591" w14:textId="4A60E1D9" w:rsidTr="002B188B">
        <w:trPr>
          <w:trHeight w:val="297"/>
        </w:trPr>
        <w:tc>
          <w:tcPr>
            <w:tcW w:w="48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92C6B2B" w14:textId="6749E77B" w:rsidR="00E41D1D" w:rsidRPr="002B188B" w:rsidRDefault="00E41D1D" w:rsidP="006F7219">
            <w:pPr>
              <w:tabs>
                <w:tab w:val="left" w:pos="1725"/>
              </w:tabs>
              <w:autoSpaceDE w:val="0"/>
              <w:autoSpaceDN w:val="0"/>
              <w:spacing w:line="298" w:lineRule="exact"/>
              <w:rPr>
                <w:rFonts w:ascii="Arial" w:hAnsi="Arial" w:cs="Arial"/>
                <w:sz w:val="20"/>
                <w:szCs w:val="20"/>
              </w:rPr>
            </w:pPr>
            <w:r w:rsidRPr="002B188B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7425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72C249C5" w14:textId="3F37BB0E" w:rsidR="00E41D1D" w:rsidRPr="00A26831" w:rsidRDefault="00A26831" w:rsidP="00DE2F83">
            <w:pPr>
              <w:tabs>
                <w:tab w:val="left" w:pos="1725"/>
              </w:tabs>
              <w:autoSpaceDE w:val="0"/>
              <w:autoSpaceDN w:val="0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A26831">
              <w:rPr>
                <w:rFonts w:ascii="Arial" w:hAnsi="Arial" w:cs="Arial"/>
                <w:sz w:val="20"/>
                <w:szCs w:val="20"/>
                <w:lang w:eastAsia="pt-BR"/>
              </w:rPr>
              <w:t>Curso</w:t>
            </w:r>
            <w:proofErr w:type="spellEnd"/>
            <w:r w:rsidRPr="00A26831">
              <w:rPr>
                <w:rFonts w:ascii="Arial" w:hAnsi="Arial" w:cs="Arial"/>
                <w:sz w:val="20"/>
                <w:szCs w:val="20"/>
                <w:lang w:eastAsia="pt-BR"/>
              </w:rPr>
              <w:t xml:space="preserve"> superior </w:t>
            </w:r>
            <w:proofErr w:type="spellStart"/>
            <w:r w:rsidRPr="00A26831">
              <w:rPr>
                <w:rFonts w:ascii="Arial" w:hAnsi="Arial" w:cs="Arial"/>
                <w:sz w:val="20"/>
                <w:szCs w:val="20"/>
                <w:lang w:eastAsia="pt-BR"/>
              </w:rPr>
              <w:t>completo</w:t>
            </w:r>
            <w:proofErr w:type="spellEnd"/>
            <w:r w:rsidRPr="00A26831">
              <w:rPr>
                <w:rFonts w:ascii="Arial" w:hAnsi="Arial" w:cs="Arial"/>
                <w:sz w:val="20"/>
                <w:szCs w:val="20"/>
                <w:lang w:eastAsia="pt-BR"/>
              </w:rPr>
              <w:t xml:space="preserve"> </w:t>
            </w:r>
            <w:proofErr w:type="spellStart"/>
            <w:r w:rsidRPr="00A26831">
              <w:rPr>
                <w:rFonts w:ascii="Arial" w:hAnsi="Arial" w:cs="Arial"/>
                <w:sz w:val="20"/>
                <w:szCs w:val="20"/>
                <w:lang w:eastAsia="pt-BR"/>
              </w:rPr>
              <w:t>em</w:t>
            </w:r>
            <w:proofErr w:type="spellEnd"/>
            <w:r w:rsidRPr="00A26831">
              <w:rPr>
                <w:rFonts w:ascii="Arial" w:hAnsi="Arial" w:cs="Arial"/>
                <w:sz w:val="20"/>
                <w:szCs w:val="20"/>
                <w:lang w:eastAsia="pt-BR"/>
              </w:rPr>
              <w:t xml:space="preserve"> </w:t>
            </w:r>
            <w:proofErr w:type="spellStart"/>
            <w:r w:rsidRPr="00A26831">
              <w:rPr>
                <w:rFonts w:ascii="Arial" w:hAnsi="Arial" w:cs="Arial"/>
                <w:sz w:val="20"/>
                <w:szCs w:val="20"/>
                <w:lang w:eastAsia="pt-BR"/>
              </w:rPr>
              <w:t>nutrição</w:t>
            </w:r>
            <w:proofErr w:type="spellEnd"/>
            <w:r w:rsidRPr="00A26831">
              <w:rPr>
                <w:rFonts w:ascii="Arial" w:hAnsi="Arial" w:cs="Arial"/>
                <w:sz w:val="20"/>
                <w:szCs w:val="20"/>
                <w:lang w:eastAsia="pt-BR"/>
              </w:rPr>
              <w:t xml:space="preserve"> e </w:t>
            </w:r>
            <w:proofErr w:type="spellStart"/>
            <w:r w:rsidRPr="00A26831">
              <w:rPr>
                <w:rFonts w:ascii="Arial" w:hAnsi="Arial" w:cs="Arial"/>
                <w:sz w:val="20"/>
                <w:szCs w:val="20"/>
                <w:lang w:eastAsia="pt-BR"/>
              </w:rPr>
              <w:t>inscrição</w:t>
            </w:r>
            <w:proofErr w:type="spellEnd"/>
            <w:r w:rsidRPr="00A26831">
              <w:rPr>
                <w:rFonts w:ascii="Arial" w:hAnsi="Arial" w:cs="Arial"/>
                <w:sz w:val="20"/>
                <w:szCs w:val="20"/>
                <w:lang w:eastAsia="pt-BR"/>
              </w:rPr>
              <w:t xml:space="preserve"> no </w:t>
            </w:r>
            <w:proofErr w:type="spellStart"/>
            <w:r w:rsidRPr="00A26831">
              <w:rPr>
                <w:rFonts w:ascii="Arial" w:hAnsi="Arial" w:cs="Arial"/>
                <w:sz w:val="20"/>
                <w:szCs w:val="20"/>
                <w:lang w:eastAsia="pt-BR"/>
              </w:rPr>
              <w:t>Conselho</w:t>
            </w:r>
            <w:proofErr w:type="spellEnd"/>
            <w:r w:rsidRPr="00A26831">
              <w:rPr>
                <w:rFonts w:ascii="Arial" w:hAnsi="Arial" w:cs="Arial"/>
                <w:sz w:val="20"/>
                <w:szCs w:val="20"/>
                <w:lang w:eastAsia="pt-BR"/>
              </w:rPr>
              <w:t xml:space="preserve"> Regional de </w:t>
            </w:r>
            <w:proofErr w:type="spellStart"/>
            <w:r w:rsidRPr="00A26831">
              <w:rPr>
                <w:rFonts w:ascii="Arial" w:hAnsi="Arial" w:cs="Arial"/>
                <w:sz w:val="20"/>
                <w:szCs w:val="20"/>
                <w:lang w:eastAsia="pt-BR"/>
              </w:rPr>
              <w:t>Nutrição</w:t>
            </w:r>
            <w:proofErr w:type="spellEnd"/>
            <w:r w:rsidRPr="00A26831">
              <w:rPr>
                <w:rFonts w:ascii="Arial" w:hAnsi="Arial" w:cs="Arial"/>
                <w:sz w:val="20"/>
                <w:szCs w:val="20"/>
                <w:lang w:eastAsia="pt-BR"/>
              </w:rPr>
              <w:t>.</w:t>
            </w:r>
          </w:p>
        </w:tc>
        <w:tc>
          <w:tcPr>
            <w:tcW w:w="6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1C6DC5A" w14:textId="5CB6FAD9" w:rsidR="00E41D1D" w:rsidRPr="002B188B" w:rsidRDefault="00E41D1D" w:rsidP="00DE2F83">
            <w:pPr>
              <w:tabs>
                <w:tab w:val="left" w:pos="1725"/>
              </w:tabs>
              <w:autoSpaceDE w:val="0"/>
              <w:autoSpaceDN w:val="0"/>
              <w:spacing w:line="298" w:lineRule="exact"/>
              <w:rPr>
                <w:rFonts w:ascii="Arial" w:hAnsi="Arial" w:cs="Arial"/>
                <w:sz w:val="20"/>
                <w:szCs w:val="20"/>
              </w:rPr>
            </w:pPr>
            <w:r w:rsidRPr="002B188B">
              <w:rPr>
                <w:rFonts w:ascii="Arial" w:hAnsi="Arial" w:cs="Arial"/>
                <w:sz w:val="20"/>
                <w:szCs w:val="20"/>
              </w:rPr>
              <w:t>50</w:t>
            </w:r>
          </w:p>
        </w:tc>
        <w:tc>
          <w:tcPr>
            <w:tcW w:w="62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1C52BEF" w14:textId="4C7363C2" w:rsidR="00E41D1D" w:rsidRPr="002B188B" w:rsidRDefault="00E41D1D" w:rsidP="006F7219">
            <w:pPr>
              <w:tabs>
                <w:tab w:val="left" w:pos="1725"/>
              </w:tabs>
              <w:autoSpaceDE w:val="0"/>
              <w:autoSpaceDN w:val="0"/>
              <w:spacing w:line="298" w:lineRule="exact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E2F83" w:rsidRPr="002B188B" w14:paraId="6600FAB6" w14:textId="4B66B52F" w:rsidTr="002B188B">
        <w:trPr>
          <w:trHeight w:val="283"/>
        </w:trPr>
        <w:tc>
          <w:tcPr>
            <w:tcW w:w="48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A345DD9" w14:textId="1D299D0F" w:rsidR="00DE2F83" w:rsidRPr="002B188B" w:rsidRDefault="00DE2F83" w:rsidP="006F7219">
            <w:pPr>
              <w:tabs>
                <w:tab w:val="left" w:pos="1725"/>
              </w:tabs>
              <w:autoSpaceDE w:val="0"/>
              <w:autoSpaceDN w:val="0"/>
              <w:spacing w:line="298" w:lineRule="exact"/>
              <w:rPr>
                <w:rFonts w:ascii="Arial" w:hAnsi="Arial" w:cs="Arial"/>
                <w:sz w:val="20"/>
                <w:szCs w:val="20"/>
              </w:rPr>
            </w:pPr>
            <w:r w:rsidRPr="002B188B"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7425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3BBFAC4" w14:textId="1E5AEBDE" w:rsidR="00DE2F83" w:rsidRPr="00A26831" w:rsidRDefault="00A26831" w:rsidP="00DE2F83">
            <w:pPr>
              <w:tabs>
                <w:tab w:val="left" w:pos="1725"/>
              </w:tabs>
              <w:autoSpaceDE w:val="0"/>
              <w:autoSpaceDN w:val="0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A26831">
              <w:rPr>
                <w:rFonts w:ascii="Arial" w:hAnsi="Arial" w:cs="Arial"/>
                <w:sz w:val="20"/>
                <w:szCs w:val="20"/>
              </w:rPr>
              <w:t>Curso</w:t>
            </w:r>
            <w:proofErr w:type="spellEnd"/>
            <w:r w:rsidRPr="00A26831">
              <w:rPr>
                <w:rFonts w:ascii="Arial" w:hAnsi="Arial" w:cs="Arial"/>
                <w:sz w:val="20"/>
                <w:szCs w:val="20"/>
              </w:rPr>
              <w:t xml:space="preserve"> de </w:t>
            </w:r>
            <w:proofErr w:type="spellStart"/>
            <w:r w:rsidRPr="00A26831">
              <w:rPr>
                <w:rFonts w:ascii="Arial" w:hAnsi="Arial" w:cs="Arial"/>
                <w:sz w:val="20"/>
                <w:szCs w:val="20"/>
              </w:rPr>
              <w:t>Aperfeiçoamento</w:t>
            </w:r>
            <w:proofErr w:type="spellEnd"/>
            <w:r w:rsidRPr="00A26831">
              <w:rPr>
                <w:rFonts w:ascii="Arial" w:hAnsi="Arial" w:cs="Arial"/>
                <w:sz w:val="20"/>
                <w:szCs w:val="20"/>
              </w:rPr>
              <w:t xml:space="preserve">, </w:t>
            </w:r>
            <w:proofErr w:type="spellStart"/>
            <w:r w:rsidRPr="00A26831">
              <w:rPr>
                <w:rFonts w:ascii="Arial" w:hAnsi="Arial" w:cs="Arial"/>
                <w:sz w:val="20"/>
                <w:szCs w:val="20"/>
              </w:rPr>
              <w:t>capacitação</w:t>
            </w:r>
            <w:proofErr w:type="spellEnd"/>
            <w:r w:rsidRPr="00A26831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A26831">
              <w:rPr>
                <w:rFonts w:ascii="Arial" w:hAnsi="Arial" w:cs="Arial"/>
                <w:sz w:val="20"/>
                <w:szCs w:val="20"/>
              </w:rPr>
              <w:t>ou</w:t>
            </w:r>
            <w:proofErr w:type="spellEnd"/>
            <w:r w:rsidRPr="00A26831">
              <w:rPr>
                <w:rFonts w:ascii="Arial" w:hAnsi="Arial" w:cs="Arial"/>
                <w:sz w:val="20"/>
                <w:szCs w:val="20"/>
              </w:rPr>
              <w:t xml:space="preserve"> de </w:t>
            </w:r>
            <w:proofErr w:type="spellStart"/>
            <w:r w:rsidRPr="00A26831">
              <w:rPr>
                <w:rFonts w:ascii="Arial" w:hAnsi="Arial" w:cs="Arial"/>
                <w:sz w:val="20"/>
                <w:szCs w:val="20"/>
              </w:rPr>
              <w:t>extensão</w:t>
            </w:r>
            <w:proofErr w:type="spellEnd"/>
            <w:r w:rsidRPr="00A26831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A26831">
              <w:rPr>
                <w:rFonts w:ascii="Arial" w:hAnsi="Arial" w:cs="Arial"/>
                <w:sz w:val="20"/>
                <w:szCs w:val="20"/>
              </w:rPr>
              <w:t>relacionado</w:t>
            </w:r>
            <w:proofErr w:type="spellEnd"/>
            <w:r w:rsidRPr="00A26831">
              <w:rPr>
                <w:rFonts w:ascii="Arial" w:hAnsi="Arial" w:cs="Arial"/>
                <w:sz w:val="20"/>
                <w:szCs w:val="20"/>
              </w:rPr>
              <w:t xml:space="preserve"> com a </w:t>
            </w:r>
            <w:proofErr w:type="spellStart"/>
            <w:r w:rsidRPr="00A26831">
              <w:rPr>
                <w:rFonts w:ascii="Arial" w:hAnsi="Arial" w:cs="Arial"/>
                <w:sz w:val="20"/>
                <w:szCs w:val="20"/>
              </w:rPr>
              <w:t>formação</w:t>
            </w:r>
            <w:proofErr w:type="spellEnd"/>
            <w:r w:rsidRPr="00A26831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A26831">
              <w:rPr>
                <w:rFonts w:ascii="Arial" w:hAnsi="Arial" w:cs="Arial"/>
                <w:sz w:val="20"/>
                <w:szCs w:val="20"/>
              </w:rPr>
              <w:t>exigida</w:t>
            </w:r>
            <w:proofErr w:type="spellEnd"/>
            <w:r w:rsidRPr="00A26831">
              <w:rPr>
                <w:rFonts w:ascii="Arial" w:hAnsi="Arial" w:cs="Arial"/>
                <w:sz w:val="20"/>
                <w:szCs w:val="20"/>
              </w:rPr>
              <w:t xml:space="preserve">, </w:t>
            </w:r>
            <w:proofErr w:type="spellStart"/>
            <w:r w:rsidRPr="00A26831">
              <w:rPr>
                <w:rFonts w:ascii="Arial" w:hAnsi="Arial" w:cs="Arial"/>
                <w:sz w:val="20"/>
                <w:szCs w:val="20"/>
              </w:rPr>
              <w:t>desde</w:t>
            </w:r>
            <w:proofErr w:type="spellEnd"/>
            <w:r w:rsidRPr="00A26831">
              <w:rPr>
                <w:rFonts w:ascii="Arial" w:hAnsi="Arial" w:cs="Arial"/>
                <w:sz w:val="20"/>
                <w:szCs w:val="20"/>
              </w:rPr>
              <w:t xml:space="preserve"> que </w:t>
            </w:r>
            <w:proofErr w:type="spellStart"/>
            <w:r w:rsidRPr="00A26831">
              <w:rPr>
                <w:rFonts w:ascii="Arial" w:hAnsi="Arial" w:cs="Arial"/>
                <w:sz w:val="20"/>
                <w:szCs w:val="20"/>
              </w:rPr>
              <w:t>não</w:t>
            </w:r>
            <w:proofErr w:type="spellEnd"/>
            <w:r w:rsidRPr="00A26831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A26831">
              <w:rPr>
                <w:rFonts w:ascii="Arial" w:hAnsi="Arial" w:cs="Arial"/>
                <w:sz w:val="20"/>
                <w:szCs w:val="20"/>
              </w:rPr>
              <w:t>seja</w:t>
            </w:r>
            <w:proofErr w:type="spellEnd"/>
            <w:r w:rsidRPr="00A26831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A26831">
              <w:rPr>
                <w:rFonts w:ascii="Arial" w:hAnsi="Arial" w:cs="Arial"/>
                <w:sz w:val="20"/>
                <w:szCs w:val="20"/>
              </w:rPr>
              <w:t>requisito</w:t>
            </w:r>
            <w:proofErr w:type="spellEnd"/>
            <w:r w:rsidRPr="00A26831">
              <w:rPr>
                <w:rFonts w:ascii="Arial" w:hAnsi="Arial" w:cs="Arial"/>
                <w:sz w:val="20"/>
                <w:szCs w:val="20"/>
              </w:rPr>
              <w:t xml:space="preserve"> para </w:t>
            </w:r>
            <w:proofErr w:type="spellStart"/>
            <w:r w:rsidRPr="00A26831">
              <w:rPr>
                <w:rFonts w:ascii="Arial" w:hAnsi="Arial" w:cs="Arial"/>
                <w:sz w:val="20"/>
                <w:szCs w:val="20"/>
              </w:rPr>
              <w:t>contratação</w:t>
            </w:r>
            <w:proofErr w:type="spellEnd"/>
            <w:r w:rsidRPr="00A26831">
              <w:rPr>
                <w:rFonts w:ascii="Arial" w:hAnsi="Arial" w:cs="Arial"/>
                <w:sz w:val="20"/>
                <w:szCs w:val="20"/>
              </w:rPr>
              <w:t xml:space="preserve">, com no </w:t>
            </w:r>
            <w:proofErr w:type="spellStart"/>
            <w:r w:rsidRPr="00A26831">
              <w:rPr>
                <w:rFonts w:ascii="Arial" w:hAnsi="Arial" w:cs="Arial"/>
                <w:sz w:val="20"/>
                <w:szCs w:val="20"/>
              </w:rPr>
              <w:t>mínimo</w:t>
            </w:r>
            <w:proofErr w:type="spellEnd"/>
            <w:r w:rsidRPr="00A26831">
              <w:rPr>
                <w:rFonts w:ascii="Arial" w:hAnsi="Arial" w:cs="Arial"/>
                <w:sz w:val="20"/>
                <w:szCs w:val="20"/>
              </w:rPr>
              <w:t xml:space="preserve"> 120 horas.</w:t>
            </w:r>
          </w:p>
        </w:tc>
        <w:tc>
          <w:tcPr>
            <w:tcW w:w="6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4006B0A" w14:textId="6927D42A" w:rsidR="00DE2F83" w:rsidRPr="002B188B" w:rsidRDefault="00DE2F83" w:rsidP="006F7219">
            <w:pPr>
              <w:tabs>
                <w:tab w:val="left" w:pos="1725"/>
              </w:tabs>
              <w:autoSpaceDE w:val="0"/>
              <w:autoSpaceDN w:val="0"/>
              <w:spacing w:line="298" w:lineRule="exact"/>
              <w:rPr>
                <w:rFonts w:ascii="Arial" w:hAnsi="Arial" w:cs="Arial"/>
                <w:sz w:val="20"/>
                <w:szCs w:val="20"/>
              </w:rPr>
            </w:pPr>
            <w:r w:rsidRPr="002B188B">
              <w:rPr>
                <w:rFonts w:ascii="Arial" w:hAnsi="Arial" w:cs="Arial"/>
                <w:sz w:val="20"/>
                <w:szCs w:val="20"/>
              </w:rPr>
              <w:t>10</w:t>
            </w:r>
          </w:p>
        </w:tc>
        <w:tc>
          <w:tcPr>
            <w:tcW w:w="62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E419A3A" w14:textId="14C49121" w:rsidR="00DE2F83" w:rsidRPr="002B188B" w:rsidRDefault="00DE2F83" w:rsidP="006F7219">
            <w:pPr>
              <w:tabs>
                <w:tab w:val="left" w:pos="1725"/>
              </w:tabs>
              <w:autoSpaceDE w:val="0"/>
              <w:autoSpaceDN w:val="0"/>
              <w:spacing w:line="298" w:lineRule="exact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E2F83" w:rsidRPr="002B188B" w14:paraId="47528086" w14:textId="34FC0B20" w:rsidTr="002B188B">
        <w:trPr>
          <w:trHeight w:val="297"/>
        </w:trPr>
        <w:tc>
          <w:tcPr>
            <w:tcW w:w="48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4E9F10C0" w14:textId="6BBA66C3" w:rsidR="00DE2F83" w:rsidRPr="002B188B" w:rsidRDefault="00DE2F83" w:rsidP="006F7219">
            <w:pPr>
              <w:tabs>
                <w:tab w:val="left" w:pos="1725"/>
              </w:tabs>
              <w:autoSpaceDE w:val="0"/>
              <w:autoSpaceDN w:val="0"/>
              <w:spacing w:line="298" w:lineRule="exact"/>
              <w:rPr>
                <w:rFonts w:ascii="Arial" w:hAnsi="Arial" w:cs="Arial"/>
                <w:sz w:val="20"/>
                <w:szCs w:val="20"/>
              </w:rPr>
            </w:pPr>
            <w:r w:rsidRPr="002B188B">
              <w:rPr>
                <w:rFonts w:ascii="Arial" w:hAnsi="Arial" w:cs="Arial"/>
                <w:sz w:val="20"/>
                <w:szCs w:val="20"/>
              </w:rPr>
              <w:t>03</w:t>
            </w:r>
          </w:p>
        </w:tc>
        <w:tc>
          <w:tcPr>
            <w:tcW w:w="7425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46C25B6" w14:textId="5FE373A7" w:rsidR="00DE2F83" w:rsidRPr="00A26831" w:rsidRDefault="00A26831" w:rsidP="00DE2F83">
            <w:pPr>
              <w:tabs>
                <w:tab w:val="left" w:pos="1725"/>
              </w:tabs>
              <w:autoSpaceDE w:val="0"/>
              <w:autoSpaceDN w:val="0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A26831">
              <w:rPr>
                <w:rFonts w:ascii="Arial" w:hAnsi="Arial" w:cs="Arial"/>
                <w:sz w:val="20"/>
                <w:szCs w:val="20"/>
              </w:rPr>
              <w:t>Pós-Graduação</w:t>
            </w:r>
            <w:proofErr w:type="spellEnd"/>
            <w:r w:rsidRPr="00A26831">
              <w:rPr>
                <w:rFonts w:ascii="Arial" w:hAnsi="Arial" w:cs="Arial"/>
                <w:sz w:val="20"/>
                <w:szCs w:val="20"/>
              </w:rPr>
              <w:t xml:space="preserve"> ou </w:t>
            </w:r>
            <w:proofErr w:type="spellStart"/>
            <w:r w:rsidRPr="00A26831">
              <w:rPr>
                <w:rFonts w:ascii="Arial" w:hAnsi="Arial" w:cs="Arial"/>
                <w:sz w:val="20"/>
                <w:szCs w:val="20"/>
              </w:rPr>
              <w:t>Especialização</w:t>
            </w:r>
            <w:proofErr w:type="spellEnd"/>
            <w:r w:rsidRPr="00A26831">
              <w:rPr>
                <w:rFonts w:ascii="Arial" w:hAnsi="Arial" w:cs="Arial"/>
                <w:sz w:val="20"/>
                <w:szCs w:val="20"/>
              </w:rPr>
              <w:t xml:space="preserve">, </w:t>
            </w:r>
            <w:proofErr w:type="spellStart"/>
            <w:r w:rsidRPr="00A26831">
              <w:rPr>
                <w:rFonts w:ascii="Arial" w:hAnsi="Arial" w:cs="Arial"/>
                <w:sz w:val="20"/>
                <w:szCs w:val="20"/>
              </w:rPr>
              <w:t>relacionado</w:t>
            </w:r>
            <w:proofErr w:type="spellEnd"/>
            <w:r w:rsidRPr="00A26831">
              <w:rPr>
                <w:rFonts w:ascii="Arial" w:hAnsi="Arial" w:cs="Arial"/>
                <w:sz w:val="20"/>
                <w:szCs w:val="20"/>
              </w:rPr>
              <w:t xml:space="preserve"> com a </w:t>
            </w:r>
            <w:proofErr w:type="spellStart"/>
            <w:r w:rsidRPr="00A26831">
              <w:rPr>
                <w:rFonts w:ascii="Arial" w:hAnsi="Arial" w:cs="Arial"/>
                <w:sz w:val="20"/>
                <w:szCs w:val="20"/>
              </w:rPr>
              <w:t>formação</w:t>
            </w:r>
            <w:proofErr w:type="spellEnd"/>
            <w:r w:rsidRPr="00A26831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A26831">
              <w:rPr>
                <w:rFonts w:ascii="Arial" w:hAnsi="Arial" w:cs="Arial"/>
                <w:sz w:val="20"/>
                <w:szCs w:val="20"/>
              </w:rPr>
              <w:t>exigida</w:t>
            </w:r>
            <w:proofErr w:type="spellEnd"/>
            <w:r w:rsidRPr="00A26831">
              <w:rPr>
                <w:rFonts w:ascii="Arial" w:hAnsi="Arial" w:cs="Arial"/>
                <w:sz w:val="20"/>
                <w:szCs w:val="20"/>
              </w:rPr>
              <w:t xml:space="preserve"> (com 360 horas) no </w:t>
            </w:r>
            <w:proofErr w:type="spellStart"/>
            <w:r w:rsidRPr="00A26831">
              <w:rPr>
                <w:rFonts w:ascii="Arial" w:hAnsi="Arial" w:cs="Arial"/>
                <w:sz w:val="20"/>
                <w:szCs w:val="20"/>
              </w:rPr>
              <w:t>mínimo</w:t>
            </w:r>
            <w:proofErr w:type="spellEnd"/>
            <w:r w:rsidRPr="00A26831"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6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1450408" w14:textId="2C4AF673" w:rsidR="00DE2F83" w:rsidRPr="002B188B" w:rsidRDefault="00EB57C3" w:rsidP="006F7219">
            <w:pPr>
              <w:tabs>
                <w:tab w:val="left" w:pos="1725"/>
              </w:tabs>
              <w:autoSpaceDE w:val="0"/>
              <w:autoSpaceDN w:val="0"/>
              <w:spacing w:line="298" w:lineRule="exact"/>
              <w:rPr>
                <w:rFonts w:ascii="Arial" w:hAnsi="Arial" w:cs="Arial"/>
                <w:sz w:val="20"/>
                <w:szCs w:val="20"/>
              </w:rPr>
            </w:pPr>
            <w:r w:rsidRPr="002B188B">
              <w:rPr>
                <w:rFonts w:ascii="Arial" w:hAnsi="Arial" w:cs="Arial"/>
                <w:sz w:val="20"/>
                <w:szCs w:val="20"/>
              </w:rPr>
              <w:t>20</w:t>
            </w:r>
          </w:p>
        </w:tc>
        <w:tc>
          <w:tcPr>
            <w:tcW w:w="62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44439448" w14:textId="651F6A7C" w:rsidR="00DE2F83" w:rsidRPr="002B188B" w:rsidRDefault="00DE2F83" w:rsidP="006F7219">
            <w:pPr>
              <w:tabs>
                <w:tab w:val="left" w:pos="1725"/>
              </w:tabs>
              <w:autoSpaceDE w:val="0"/>
              <w:autoSpaceDN w:val="0"/>
              <w:spacing w:line="298" w:lineRule="exact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B57C3" w:rsidRPr="002B188B" w14:paraId="40C320B9" w14:textId="14A29146" w:rsidTr="002B188B">
        <w:trPr>
          <w:trHeight w:val="283"/>
        </w:trPr>
        <w:tc>
          <w:tcPr>
            <w:tcW w:w="480" w:type="dxa"/>
            <w:vMerge w:val="restar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4319684D" w14:textId="0AE4FE59" w:rsidR="00EB57C3" w:rsidRPr="002B188B" w:rsidRDefault="00EB57C3" w:rsidP="00E41D1D">
            <w:pPr>
              <w:tabs>
                <w:tab w:val="left" w:pos="1725"/>
              </w:tabs>
              <w:autoSpaceDE w:val="0"/>
              <w:autoSpaceDN w:val="0"/>
              <w:spacing w:line="298" w:lineRule="exact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B188B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7425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6602FE0B" w14:textId="4E25E848" w:rsidR="00EB57C3" w:rsidRPr="00A26831" w:rsidRDefault="00A26831" w:rsidP="00DE2F83">
            <w:pPr>
              <w:tabs>
                <w:tab w:val="left" w:pos="1725"/>
              </w:tabs>
              <w:autoSpaceDE w:val="0"/>
              <w:autoSpaceDN w:val="0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A26831">
              <w:rPr>
                <w:rFonts w:ascii="Arial" w:hAnsi="Arial" w:cs="Arial"/>
                <w:sz w:val="20"/>
                <w:szCs w:val="20"/>
              </w:rPr>
              <w:t>Curso</w:t>
            </w:r>
            <w:proofErr w:type="spellEnd"/>
            <w:r w:rsidRPr="00A26831">
              <w:rPr>
                <w:rFonts w:ascii="Arial" w:hAnsi="Arial" w:cs="Arial"/>
                <w:sz w:val="20"/>
                <w:szCs w:val="20"/>
              </w:rPr>
              <w:t xml:space="preserve"> de </w:t>
            </w:r>
            <w:proofErr w:type="spellStart"/>
            <w:r w:rsidRPr="00A26831">
              <w:rPr>
                <w:rFonts w:ascii="Arial" w:hAnsi="Arial" w:cs="Arial"/>
                <w:sz w:val="20"/>
                <w:szCs w:val="20"/>
              </w:rPr>
              <w:t>Aperfeiçoamento</w:t>
            </w:r>
            <w:proofErr w:type="spellEnd"/>
            <w:r w:rsidRPr="00A26831">
              <w:rPr>
                <w:rFonts w:ascii="Arial" w:hAnsi="Arial" w:cs="Arial"/>
                <w:sz w:val="20"/>
                <w:szCs w:val="20"/>
              </w:rPr>
              <w:t xml:space="preserve">, </w:t>
            </w:r>
            <w:proofErr w:type="spellStart"/>
            <w:r w:rsidRPr="00A26831">
              <w:rPr>
                <w:rFonts w:ascii="Arial" w:hAnsi="Arial" w:cs="Arial"/>
                <w:sz w:val="20"/>
                <w:szCs w:val="20"/>
              </w:rPr>
              <w:t>capacitação</w:t>
            </w:r>
            <w:proofErr w:type="spellEnd"/>
            <w:r w:rsidRPr="00A26831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A26831">
              <w:rPr>
                <w:rFonts w:ascii="Arial" w:hAnsi="Arial" w:cs="Arial"/>
                <w:sz w:val="20"/>
                <w:szCs w:val="20"/>
              </w:rPr>
              <w:t>ou</w:t>
            </w:r>
            <w:proofErr w:type="spellEnd"/>
            <w:r w:rsidRPr="00A26831">
              <w:rPr>
                <w:rFonts w:ascii="Arial" w:hAnsi="Arial" w:cs="Arial"/>
                <w:sz w:val="20"/>
                <w:szCs w:val="20"/>
              </w:rPr>
              <w:t xml:space="preserve"> de </w:t>
            </w:r>
            <w:proofErr w:type="spellStart"/>
            <w:r w:rsidRPr="00A26831">
              <w:rPr>
                <w:rFonts w:ascii="Arial" w:hAnsi="Arial" w:cs="Arial"/>
                <w:sz w:val="20"/>
                <w:szCs w:val="20"/>
              </w:rPr>
              <w:t>extensão</w:t>
            </w:r>
            <w:proofErr w:type="spellEnd"/>
            <w:r w:rsidRPr="00A26831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A26831">
              <w:rPr>
                <w:rFonts w:ascii="Arial" w:hAnsi="Arial" w:cs="Arial"/>
                <w:sz w:val="20"/>
                <w:szCs w:val="20"/>
              </w:rPr>
              <w:t>relacionado</w:t>
            </w:r>
            <w:proofErr w:type="spellEnd"/>
            <w:r w:rsidRPr="00A26831">
              <w:rPr>
                <w:rFonts w:ascii="Arial" w:hAnsi="Arial" w:cs="Arial"/>
                <w:sz w:val="20"/>
                <w:szCs w:val="20"/>
              </w:rPr>
              <w:t xml:space="preserve"> com a </w:t>
            </w:r>
            <w:proofErr w:type="spellStart"/>
            <w:r w:rsidRPr="00A26831">
              <w:rPr>
                <w:rFonts w:ascii="Arial" w:hAnsi="Arial" w:cs="Arial"/>
                <w:sz w:val="20"/>
                <w:szCs w:val="20"/>
              </w:rPr>
              <w:t>formação</w:t>
            </w:r>
            <w:proofErr w:type="spellEnd"/>
            <w:r w:rsidRPr="00A26831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A26831">
              <w:rPr>
                <w:rFonts w:ascii="Arial" w:hAnsi="Arial" w:cs="Arial"/>
                <w:sz w:val="20"/>
                <w:szCs w:val="20"/>
              </w:rPr>
              <w:t>exigida</w:t>
            </w:r>
            <w:proofErr w:type="spellEnd"/>
            <w:r w:rsidRPr="00A26831">
              <w:rPr>
                <w:rFonts w:ascii="Arial" w:hAnsi="Arial" w:cs="Arial"/>
                <w:sz w:val="20"/>
                <w:szCs w:val="20"/>
              </w:rPr>
              <w:t xml:space="preserve">, </w:t>
            </w:r>
            <w:proofErr w:type="spellStart"/>
            <w:r w:rsidRPr="00A26831">
              <w:rPr>
                <w:rFonts w:ascii="Arial" w:hAnsi="Arial" w:cs="Arial"/>
                <w:sz w:val="20"/>
                <w:szCs w:val="20"/>
              </w:rPr>
              <w:t>desde</w:t>
            </w:r>
            <w:proofErr w:type="spellEnd"/>
            <w:r w:rsidRPr="00A26831">
              <w:rPr>
                <w:rFonts w:ascii="Arial" w:hAnsi="Arial" w:cs="Arial"/>
                <w:sz w:val="20"/>
                <w:szCs w:val="20"/>
              </w:rPr>
              <w:t xml:space="preserve"> que </w:t>
            </w:r>
            <w:proofErr w:type="spellStart"/>
            <w:r w:rsidRPr="00A26831">
              <w:rPr>
                <w:rFonts w:ascii="Arial" w:hAnsi="Arial" w:cs="Arial"/>
                <w:sz w:val="20"/>
                <w:szCs w:val="20"/>
              </w:rPr>
              <w:t>não</w:t>
            </w:r>
            <w:proofErr w:type="spellEnd"/>
            <w:r w:rsidRPr="00A26831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A26831">
              <w:rPr>
                <w:rFonts w:ascii="Arial" w:hAnsi="Arial" w:cs="Arial"/>
                <w:sz w:val="20"/>
                <w:szCs w:val="20"/>
              </w:rPr>
              <w:t>seja</w:t>
            </w:r>
            <w:proofErr w:type="spellEnd"/>
            <w:r w:rsidRPr="00A26831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A26831">
              <w:rPr>
                <w:rFonts w:ascii="Arial" w:hAnsi="Arial" w:cs="Arial"/>
                <w:sz w:val="20"/>
                <w:szCs w:val="20"/>
              </w:rPr>
              <w:t>requisito</w:t>
            </w:r>
            <w:proofErr w:type="spellEnd"/>
            <w:r w:rsidRPr="00A26831">
              <w:rPr>
                <w:rFonts w:ascii="Arial" w:hAnsi="Arial" w:cs="Arial"/>
                <w:sz w:val="20"/>
                <w:szCs w:val="20"/>
              </w:rPr>
              <w:t xml:space="preserve"> para </w:t>
            </w:r>
            <w:proofErr w:type="spellStart"/>
            <w:r w:rsidRPr="00A26831">
              <w:rPr>
                <w:rFonts w:ascii="Arial" w:hAnsi="Arial" w:cs="Arial"/>
                <w:sz w:val="20"/>
                <w:szCs w:val="20"/>
              </w:rPr>
              <w:t>contratação</w:t>
            </w:r>
            <w:proofErr w:type="spellEnd"/>
            <w:r w:rsidRPr="00A26831">
              <w:rPr>
                <w:rFonts w:ascii="Arial" w:hAnsi="Arial" w:cs="Arial"/>
                <w:sz w:val="20"/>
                <w:szCs w:val="20"/>
              </w:rPr>
              <w:t xml:space="preserve">, com no </w:t>
            </w:r>
            <w:proofErr w:type="spellStart"/>
            <w:r w:rsidRPr="00A26831">
              <w:rPr>
                <w:rFonts w:ascii="Arial" w:hAnsi="Arial" w:cs="Arial"/>
                <w:sz w:val="20"/>
                <w:szCs w:val="20"/>
              </w:rPr>
              <w:t>mínimo</w:t>
            </w:r>
            <w:proofErr w:type="spellEnd"/>
            <w:r w:rsidRPr="00A26831">
              <w:rPr>
                <w:rFonts w:ascii="Arial" w:hAnsi="Arial" w:cs="Arial"/>
                <w:sz w:val="20"/>
                <w:szCs w:val="20"/>
              </w:rPr>
              <w:t xml:space="preserve"> 40 horas</w:t>
            </w:r>
            <w:r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6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63CC7B1" w14:textId="14BA854C" w:rsidR="00EB57C3" w:rsidRPr="002B188B" w:rsidRDefault="00EB57C3" w:rsidP="006F7219">
            <w:pPr>
              <w:tabs>
                <w:tab w:val="left" w:pos="1725"/>
              </w:tabs>
              <w:autoSpaceDE w:val="0"/>
              <w:autoSpaceDN w:val="0"/>
              <w:spacing w:line="298" w:lineRule="exact"/>
              <w:rPr>
                <w:rFonts w:ascii="Arial" w:hAnsi="Arial" w:cs="Arial"/>
                <w:sz w:val="20"/>
                <w:szCs w:val="20"/>
              </w:rPr>
            </w:pPr>
            <w:r w:rsidRPr="002B188B">
              <w:rPr>
                <w:rFonts w:ascii="Arial" w:hAnsi="Arial" w:cs="Arial"/>
                <w:sz w:val="20"/>
                <w:szCs w:val="20"/>
              </w:rPr>
              <w:t>10</w:t>
            </w:r>
          </w:p>
        </w:tc>
        <w:tc>
          <w:tcPr>
            <w:tcW w:w="62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BABF6C8" w14:textId="50137A04" w:rsidR="00EB57C3" w:rsidRPr="002B188B" w:rsidRDefault="00EB57C3" w:rsidP="006F7219">
            <w:pPr>
              <w:tabs>
                <w:tab w:val="left" w:pos="1725"/>
              </w:tabs>
              <w:autoSpaceDE w:val="0"/>
              <w:autoSpaceDN w:val="0"/>
              <w:spacing w:line="298" w:lineRule="exact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B57C3" w:rsidRPr="002B188B" w14:paraId="45E54B5E" w14:textId="019A2DB8" w:rsidTr="002B188B">
        <w:trPr>
          <w:trHeight w:val="283"/>
        </w:trPr>
        <w:tc>
          <w:tcPr>
            <w:tcW w:w="480" w:type="dxa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8CB2F61" w14:textId="77777777" w:rsidR="00EB57C3" w:rsidRPr="002B188B" w:rsidRDefault="00EB57C3" w:rsidP="006F7219">
            <w:pPr>
              <w:tabs>
                <w:tab w:val="left" w:pos="1725"/>
              </w:tabs>
              <w:autoSpaceDE w:val="0"/>
              <w:autoSpaceDN w:val="0"/>
              <w:spacing w:line="298" w:lineRule="exac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425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897C461" w14:textId="1DF6B0A6" w:rsidR="00EB57C3" w:rsidRPr="002B188B" w:rsidRDefault="00EB57C3" w:rsidP="00EB57C3">
            <w:pPr>
              <w:tabs>
                <w:tab w:val="left" w:pos="1725"/>
              </w:tabs>
              <w:autoSpaceDE w:val="0"/>
              <w:autoSpaceDN w:val="0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2B188B">
              <w:rPr>
                <w:rFonts w:ascii="Arial" w:hAnsi="Arial" w:cs="Arial"/>
                <w:sz w:val="20"/>
                <w:szCs w:val="20"/>
              </w:rPr>
              <w:t>Curso</w:t>
            </w:r>
            <w:proofErr w:type="spellEnd"/>
            <w:r w:rsidRPr="002B188B">
              <w:rPr>
                <w:rFonts w:ascii="Arial" w:hAnsi="Arial" w:cs="Arial"/>
                <w:sz w:val="20"/>
                <w:szCs w:val="20"/>
              </w:rPr>
              <w:t xml:space="preserve"> de </w:t>
            </w:r>
            <w:proofErr w:type="spellStart"/>
            <w:r w:rsidRPr="002B188B">
              <w:rPr>
                <w:rFonts w:ascii="Arial" w:hAnsi="Arial" w:cs="Arial"/>
                <w:sz w:val="20"/>
                <w:szCs w:val="20"/>
              </w:rPr>
              <w:t>Aperfeiçoamento</w:t>
            </w:r>
            <w:proofErr w:type="spellEnd"/>
            <w:r w:rsidRPr="002B188B">
              <w:rPr>
                <w:rFonts w:ascii="Arial" w:hAnsi="Arial" w:cs="Arial"/>
                <w:sz w:val="20"/>
                <w:szCs w:val="20"/>
              </w:rPr>
              <w:t xml:space="preserve">, </w:t>
            </w:r>
            <w:proofErr w:type="spellStart"/>
            <w:r w:rsidRPr="002B188B">
              <w:rPr>
                <w:rFonts w:ascii="Arial" w:hAnsi="Arial" w:cs="Arial"/>
                <w:sz w:val="20"/>
                <w:szCs w:val="20"/>
              </w:rPr>
              <w:t>capacitação</w:t>
            </w:r>
            <w:proofErr w:type="spellEnd"/>
            <w:r w:rsidRPr="002B188B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2B188B">
              <w:rPr>
                <w:rFonts w:ascii="Arial" w:hAnsi="Arial" w:cs="Arial"/>
                <w:sz w:val="20"/>
                <w:szCs w:val="20"/>
              </w:rPr>
              <w:t>ou</w:t>
            </w:r>
            <w:proofErr w:type="spellEnd"/>
            <w:r w:rsidRPr="002B188B">
              <w:rPr>
                <w:rFonts w:ascii="Arial" w:hAnsi="Arial" w:cs="Arial"/>
                <w:sz w:val="20"/>
                <w:szCs w:val="20"/>
              </w:rPr>
              <w:t xml:space="preserve"> de </w:t>
            </w:r>
            <w:proofErr w:type="spellStart"/>
            <w:r w:rsidRPr="002B188B">
              <w:rPr>
                <w:rFonts w:ascii="Arial" w:hAnsi="Arial" w:cs="Arial"/>
                <w:sz w:val="20"/>
                <w:szCs w:val="20"/>
              </w:rPr>
              <w:t>extensão</w:t>
            </w:r>
            <w:proofErr w:type="spellEnd"/>
            <w:r w:rsidRPr="002B188B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2B188B">
              <w:rPr>
                <w:rFonts w:ascii="Arial" w:hAnsi="Arial" w:cs="Arial"/>
                <w:sz w:val="20"/>
                <w:szCs w:val="20"/>
              </w:rPr>
              <w:t>relacionado</w:t>
            </w:r>
            <w:proofErr w:type="spellEnd"/>
            <w:r w:rsidRPr="002B188B">
              <w:rPr>
                <w:rFonts w:ascii="Arial" w:hAnsi="Arial" w:cs="Arial"/>
                <w:sz w:val="20"/>
                <w:szCs w:val="20"/>
              </w:rPr>
              <w:t xml:space="preserve"> com a </w:t>
            </w:r>
            <w:proofErr w:type="spellStart"/>
            <w:r w:rsidRPr="002B188B">
              <w:rPr>
                <w:rFonts w:ascii="Arial" w:hAnsi="Arial" w:cs="Arial"/>
                <w:sz w:val="20"/>
                <w:szCs w:val="20"/>
              </w:rPr>
              <w:t>formação</w:t>
            </w:r>
            <w:proofErr w:type="spellEnd"/>
            <w:r w:rsidRPr="002B188B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2B188B">
              <w:rPr>
                <w:rFonts w:ascii="Arial" w:hAnsi="Arial" w:cs="Arial"/>
                <w:sz w:val="20"/>
                <w:szCs w:val="20"/>
              </w:rPr>
              <w:t>exigida</w:t>
            </w:r>
            <w:proofErr w:type="spellEnd"/>
            <w:r w:rsidRPr="002B188B">
              <w:rPr>
                <w:rFonts w:ascii="Arial" w:hAnsi="Arial" w:cs="Arial"/>
                <w:sz w:val="20"/>
                <w:szCs w:val="20"/>
              </w:rPr>
              <w:t xml:space="preserve">, </w:t>
            </w:r>
            <w:proofErr w:type="spellStart"/>
            <w:r w:rsidRPr="002B188B">
              <w:rPr>
                <w:rFonts w:ascii="Arial" w:hAnsi="Arial" w:cs="Arial"/>
                <w:sz w:val="20"/>
                <w:szCs w:val="20"/>
              </w:rPr>
              <w:t>desde</w:t>
            </w:r>
            <w:proofErr w:type="spellEnd"/>
            <w:r w:rsidRPr="002B188B">
              <w:rPr>
                <w:rFonts w:ascii="Arial" w:hAnsi="Arial" w:cs="Arial"/>
                <w:sz w:val="20"/>
                <w:szCs w:val="20"/>
              </w:rPr>
              <w:t xml:space="preserve"> que </w:t>
            </w:r>
            <w:proofErr w:type="spellStart"/>
            <w:r w:rsidRPr="002B188B">
              <w:rPr>
                <w:rFonts w:ascii="Arial" w:hAnsi="Arial" w:cs="Arial"/>
                <w:sz w:val="20"/>
                <w:szCs w:val="20"/>
              </w:rPr>
              <w:t>não</w:t>
            </w:r>
            <w:proofErr w:type="spellEnd"/>
            <w:r w:rsidRPr="002B188B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2B188B">
              <w:rPr>
                <w:rFonts w:ascii="Arial" w:hAnsi="Arial" w:cs="Arial"/>
                <w:sz w:val="20"/>
                <w:szCs w:val="20"/>
              </w:rPr>
              <w:t>seja</w:t>
            </w:r>
            <w:proofErr w:type="spellEnd"/>
            <w:r w:rsidRPr="002B188B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2B188B">
              <w:rPr>
                <w:rFonts w:ascii="Arial" w:hAnsi="Arial" w:cs="Arial"/>
                <w:sz w:val="20"/>
                <w:szCs w:val="20"/>
              </w:rPr>
              <w:t>requisito</w:t>
            </w:r>
            <w:proofErr w:type="spellEnd"/>
            <w:r w:rsidRPr="002B188B">
              <w:rPr>
                <w:rFonts w:ascii="Arial" w:hAnsi="Arial" w:cs="Arial"/>
                <w:sz w:val="20"/>
                <w:szCs w:val="20"/>
              </w:rPr>
              <w:t xml:space="preserve"> para </w:t>
            </w:r>
            <w:proofErr w:type="spellStart"/>
            <w:r w:rsidRPr="002B188B">
              <w:rPr>
                <w:rFonts w:ascii="Arial" w:hAnsi="Arial" w:cs="Arial"/>
                <w:sz w:val="20"/>
                <w:szCs w:val="20"/>
              </w:rPr>
              <w:t>contratação</w:t>
            </w:r>
            <w:proofErr w:type="spellEnd"/>
            <w:r w:rsidRPr="002B188B">
              <w:rPr>
                <w:rFonts w:ascii="Arial" w:hAnsi="Arial" w:cs="Arial"/>
                <w:sz w:val="20"/>
                <w:szCs w:val="20"/>
              </w:rPr>
              <w:t xml:space="preserve">, com no </w:t>
            </w:r>
            <w:proofErr w:type="spellStart"/>
            <w:r w:rsidRPr="002B188B">
              <w:rPr>
                <w:rFonts w:ascii="Arial" w:hAnsi="Arial" w:cs="Arial"/>
                <w:sz w:val="20"/>
                <w:szCs w:val="20"/>
              </w:rPr>
              <w:t>mínimo</w:t>
            </w:r>
            <w:proofErr w:type="spellEnd"/>
            <w:r w:rsidRPr="002B188B">
              <w:rPr>
                <w:rFonts w:ascii="Arial" w:hAnsi="Arial" w:cs="Arial"/>
                <w:sz w:val="20"/>
                <w:szCs w:val="20"/>
              </w:rPr>
              <w:t xml:space="preserve"> 40 horas</w:t>
            </w:r>
            <w:r w:rsidR="00A26831"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6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13AC6AE" w14:textId="5AB08B3E" w:rsidR="00EB57C3" w:rsidRPr="002B188B" w:rsidRDefault="00EB57C3" w:rsidP="006F7219">
            <w:pPr>
              <w:tabs>
                <w:tab w:val="left" w:pos="1725"/>
              </w:tabs>
              <w:autoSpaceDE w:val="0"/>
              <w:autoSpaceDN w:val="0"/>
              <w:spacing w:line="298" w:lineRule="exact"/>
              <w:rPr>
                <w:rFonts w:ascii="Arial" w:hAnsi="Arial" w:cs="Arial"/>
                <w:sz w:val="20"/>
                <w:szCs w:val="20"/>
              </w:rPr>
            </w:pPr>
            <w:r w:rsidRPr="002B188B">
              <w:rPr>
                <w:rFonts w:ascii="Arial" w:hAnsi="Arial" w:cs="Arial"/>
                <w:sz w:val="20"/>
                <w:szCs w:val="20"/>
              </w:rPr>
              <w:t>10</w:t>
            </w:r>
          </w:p>
        </w:tc>
        <w:tc>
          <w:tcPr>
            <w:tcW w:w="62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2D8A11F" w14:textId="77777777" w:rsidR="00EB57C3" w:rsidRPr="002B188B" w:rsidRDefault="00EB57C3" w:rsidP="006F7219">
            <w:pPr>
              <w:tabs>
                <w:tab w:val="left" w:pos="1725"/>
              </w:tabs>
              <w:autoSpaceDE w:val="0"/>
              <w:autoSpaceDN w:val="0"/>
              <w:spacing w:line="298" w:lineRule="exact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B188B" w:rsidRPr="002B188B" w14:paraId="1B2950E8" w14:textId="164349F6" w:rsidTr="002B188B">
        <w:trPr>
          <w:trHeight w:val="283"/>
        </w:trPr>
        <w:tc>
          <w:tcPr>
            <w:tcW w:w="7905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6E472927" w14:textId="4E5E684C" w:rsidR="002B188B" w:rsidRPr="002B188B" w:rsidRDefault="002B188B" w:rsidP="002B188B">
            <w:pPr>
              <w:tabs>
                <w:tab w:val="left" w:pos="1725"/>
              </w:tabs>
              <w:autoSpaceDE w:val="0"/>
              <w:autoSpaceDN w:val="0"/>
              <w:spacing w:line="298" w:lineRule="exact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B188B">
              <w:rPr>
                <w:rFonts w:ascii="Arial" w:hAnsi="Arial" w:cs="Arial"/>
                <w:b/>
                <w:bCs/>
                <w:sz w:val="20"/>
                <w:szCs w:val="20"/>
              </w:rPr>
              <w:t>Total</w:t>
            </w:r>
          </w:p>
        </w:tc>
        <w:tc>
          <w:tcPr>
            <w:tcW w:w="1291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E790DFA" w14:textId="77777777" w:rsidR="002B188B" w:rsidRPr="002B188B" w:rsidRDefault="002B188B" w:rsidP="006F7219">
            <w:pPr>
              <w:tabs>
                <w:tab w:val="left" w:pos="1725"/>
              </w:tabs>
              <w:autoSpaceDE w:val="0"/>
              <w:autoSpaceDN w:val="0"/>
              <w:spacing w:line="298" w:lineRule="exact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7405769D" w14:textId="018F94E2" w:rsidR="006F7219" w:rsidRDefault="006F7219" w:rsidP="006F7219">
      <w:pPr>
        <w:tabs>
          <w:tab w:val="left" w:pos="1725"/>
        </w:tabs>
        <w:autoSpaceDE w:val="0"/>
        <w:autoSpaceDN w:val="0"/>
        <w:spacing w:after="0" w:line="298" w:lineRule="exact"/>
        <w:ind w:left="1560"/>
      </w:pPr>
    </w:p>
    <w:p w14:paraId="0458A065" w14:textId="2EDB9FBF" w:rsidR="00B62C92" w:rsidRPr="002134C6" w:rsidRDefault="007C57E7" w:rsidP="00D35143">
      <w:pPr>
        <w:tabs>
          <w:tab w:val="left" w:pos="1725"/>
        </w:tabs>
        <w:autoSpaceDE w:val="0"/>
        <w:autoSpaceDN w:val="0"/>
        <w:spacing w:after="0" w:line="298" w:lineRule="exact"/>
        <w:ind w:left="1418" w:right="1267"/>
        <w:rPr>
          <w:rFonts w:ascii="Arial" w:hAnsi="Arial" w:cs="Arial"/>
          <w:sz w:val="20"/>
          <w:szCs w:val="20"/>
        </w:rPr>
      </w:pPr>
      <w:proofErr w:type="spellStart"/>
      <w:r w:rsidRPr="002134C6">
        <w:rPr>
          <w:rFonts w:ascii="Arial" w:hAnsi="Arial" w:cs="Arial"/>
          <w:b/>
          <w:bCs/>
          <w:sz w:val="20"/>
          <w:szCs w:val="20"/>
          <w:u w:val="single"/>
        </w:rPr>
        <w:t>Obs</w:t>
      </w:r>
      <w:proofErr w:type="spellEnd"/>
      <w:r w:rsidRPr="002134C6">
        <w:rPr>
          <w:rFonts w:ascii="Arial" w:hAnsi="Arial" w:cs="Arial"/>
          <w:b/>
          <w:bCs/>
          <w:sz w:val="20"/>
          <w:szCs w:val="20"/>
          <w:u w:val="single"/>
        </w:rPr>
        <w:t>:</w:t>
      </w:r>
      <w:r w:rsidRPr="002134C6">
        <w:rPr>
          <w:rFonts w:ascii="Arial" w:hAnsi="Arial" w:cs="Arial"/>
          <w:sz w:val="20"/>
          <w:szCs w:val="20"/>
        </w:rPr>
        <w:t xml:space="preserve"> </w:t>
      </w:r>
      <w:r w:rsidR="00B62C92" w:rsidRPr="002134C6">
        <w:rPr>
          <w:rFonts w:ascii="Arial" w:hAnsi="Arial" w:cs="Arial"/>
          <w:sz w:val="20"/>
          <w:szCs w:val="20"/>
        </w:rPr>
        <w:t xml:space="preserve">- </w:t>
      </w:r>
      <w:r w:rsidR="00F73229" w:rsidRPr="002134C6">
        <w:rPr>
          <w:rFonts w:ascii="Arial" w:hAnsi="Arial" w:cs="Arial"/>
          <w:sz w:val="20"/>
          <w:szCs w:val="20"/>
        </w:rPr>
        <w:t xml:space="preserve">*1 - </w:t>
      </w:r>
      <w:r w:rsidR="00B62C92" w:rsidRPr="002134C6">
        <w:rPr>
          <w:rFonts w:ascii="Arial" w:hAnsi="Arial" w:cs="Arial"/>
          <w:sz w:val="20"/>
          <w:szCs w:val="20"/>
        </w:rPr>
        <w:t xml:space="preserve">o campo N° DE INSCRIÇÃO, </w:t>
      </w:r>
      <w:proofErr w:type="spellStart"/>
      <w:r w:rsidR="00B62C92" w:rsidRPr="002134C6">
        <w:rPr>
          <w:rFonts w:ascii="Arial" w:hAnsi="Arial" w:cs="Arial"/>
          <w:sz w:val="20"/>
          <w:szCs w:val="20"/>
        </w:rPr>
        <w:t>não</w:t>
      </w:r>
      <w:proofErr w:type="spellEnd"/>
      <w:r w:rsidR="00B62C92" w:rsidRPr="002134C6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B62C92" w:rsidRPr="002134C6">
        <w:rPr>
          <w:rFonts w:ascii="Arial" w:hAnsi="Arial" w:cs="Arial"/>
          <w:sz w:val="20"/>
          <w:szCs w:val="20"/>
        </w:rPr>
        <w:t>precisa</w:t>
      </w:r>
      <w:proofErr w:type="spellEnd"/>
      <w:r w:rsidR="00B62C92" w:rsidRPr="002134C6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B62C92" w:rsidRPr="002134C6">
        <w:rPr>
          <w:rFonts w:ascii="Arial" w:hAnsi="Arial" w:cs="Arial"/>
          <w:sz w:val="20"/>
          <w:szCs w:val="20"/>
        </w:rPr>
        <w:t>preencher</w:t>
      </w:r>
      <w:proofErr w:type="spellEnd"/>
      <w:r w:rsidR="00B62C92" w:rsidRPr="002134C6">
        <w:rPr>
          <w:rFonts w:ascii="Arial" w:hAnsi="Arial" w:cs="Arial"/>
          <w:sz w:val="20"/>
          <w:szCs w:val="20"/>
        </w:rPr>
        <w:t xml:space="preserve">, pois o </w:t>
      </w:r>
      <w:proofErr w:type="spellStart"/>
      <w:r w:rsidR="00B62C92" w:rsidRPr="002134C6">
        <w:rPr>
          <w:rFonts w:ascii="Arial" w:hAnsi="Arial" w:cs="Arial"/>
          <w:sz w:val="20"/>
          <w:szCs w:val="20"/>
        </w:rPr>
        <w:t>número</w:t>
      </w:r>
      <w:proofErr w:type="spellEnd"/>
      <w:r w:rsidR="00B62C92" w:rsidRPr="002134C6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B62C92" w:rsidRPr="002134C6">
        <w:rPr>
          <w:rFonts w:ascii="Arial" w:hAnsi="Arial" w:cs="Arial"/>
          <w:sz w:val="20"/>
          <w:szCs w:val="20"/>
        </w:rPr>
        <w:t>será</w:t>
      </w:r>
      <w:proofErr w:type="spellEnd"/>
      <w:r w:rsidR="00B62C92" w:rsidRPr="002134C6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B62C92" w:rsidRPr="002134C6">
        <w:rPr>
          <w:rFonts w:ascii="Arial" w:hAnsi="Arial" w:cs="Arial"/>
          <w:sz w:val="20"/>
          <w:szCs w:val="20"/>
        </w:rPr>
        <w:t>gerado</w:t>
      </w:r>
      <w:proofErr w:type="spellEnd"/>
      <w:r w:rsidR="00B62C92" w:rsidRPr="002134C6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B62C92" w:rsidRPr="002134C6">
        <w:rPr>
          <w:rFonts w:ascii="Arial" w:hAnsi="Arial" w:cs="Arial"/>
          <w:sz w:val="20"/>
          <w:szCs w:val="20"/>
        </w:rPr>
        <w:t>após</w:t>
      </w:r>
      <w:proofErr w:type="spellEnd"/>
      <w:r w:rsidR="00B62C92" w:rsidRPr="002134C6">
        <w:rPr>
          <w:rFonts w:ascii="Arial" w:hAnsi="Arial" w:cs="Arial"/>
          <w:sz w:val="20"/>
          <w:szCs w:val="20"/>
        </w:rPr>
        <w:t xml:space="preserve"> </w:t>
      </w:r>
      <w:r w:rsidR="00D35143" w:rsidRPr="002134C6">
        <w:rPr>
          <w:rFonts w:ascii="Arial" w:hAnsi="Arial" w:cs="Arial"/>
          <w:sz w:val="20"/>
          <w:szCs w:val="20"/>
        </w:rPr>
        <w:t>a</w:t>
      </w:r>
      <w:r w:rsidR="00B62C92" w:rsidRPr="002134C6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B62C92" w:rsidRPr="002134C6">
        <w:rPr>
          <w:rFonts w:ascii="Arial" w:hAnsi="Arial" w:cs="Arial"/>
          <w:sz w:val="20"/>
          <w:szCs w:val="20"/>
        </w:rPr>
        <w:t>entrega</w:t>
      </w:r>
      <w:proofErr w:type="spellEnd"/>
      <w:r w:rsidR="00B62C92" w:rsidRPr="002134C6">
        <w:rPr>
          <w:rFonts w:ascii="Arial" w:hAnsi="Arial" w:cs="Arial"/>
          <w:sz w:val="20"/>
          <w:szCs w:val="20"/>
        </w:rPr>
        <w:t xml:space="preserve"> da </w:t>
      </w:r>
      <w:proofErr w:type="spellStart"/>
      <w:r w:rsidR="00B62C92" w:rsidRPr="002134C6">
        <w:rPr>
          <w:rFonts w:ascii="Arial" w:hAnsi="Arial" w:cs="Arial"/>
          <w:sz w:val="20"/>
          <w:szCs w:val="20"/>
        </w:rPr>
        <w:t>ficha</w:t>
      </w:r>
      <w:proofErr w:type="spellEnd"/>
      <w:r w:rsidR="00B62C92" w:rsidRPr="002134C6">
        <w:rPr>
          <w:rFonts w:ascii="Arial" w:hAnsi="Arial" w:cs="Arial"/>
          <w:sz w:val="20"/>
          <w:szCs w:val="20"/>
        </w:rPr>
        <w:t xml:space="preserve"> de </w:t>
      </w:r>
      <w:proofErr w:type="spellStart"/>
      <w:r w:rsidR="00B62C92" w:rsidRPr="002134C6">
        <w:rPr>
          <w:rFonts w:ascii="Arial" w:hAnsi="Arial" w:cs="Arial"/>
          <w:sz w:val="20"/>
          <w:szCs w:val="20"/>
        </w:rPr>
        <w:t>inscrição</w:t>
      </w:r>
      <w:proofErr w:type="spellEnd"/>
      <w:r w:rsidR="00B62C92" w:rsidRPr="002134C6">
        <w:rPr>
          <w:rFonts w:ascii="Arial" w:hAnsi="Arial" w:cs="Arial"/>
          <w:sz w:val="20"/>
          <w:szCs w:val="20"/>
        </w:rPr>
        <w:t xml:space="preserve">. </w:t>
      </w:r>
    </w:p>
    <w:p w14:paraId="7504EF63" w14:textId="062D10E9" w:rsidR="00F73229" w:rsidRPr="002134C6" w:rsidRDefault="00D35143" w:rsidP="00B62C92">
      <w:pPr>
        <w:pStyle w:val="PargrafodaLista"/>
        <w:numPr>
          <w:ilvl w:val="0"/>
          <w:numId w:val="11"/>
        </w:numPr>
        <w:tabs>
          <w:tab w:val="left" w:pos="1725"/>
        </w:tabs>
        <w:autoSpaceDE w:val="0"/>
        <w:autoSpaceDN w:val="0"/>
        <w:spacing w:after="0" w:line="298" w:lineRule="exact"/>
        <w:rPr>
          <w:rFonts w:ascii="Arial" w:hAnsi="Arial" w:cs="Arial"/>
          <w:sz w:val="20"/>
          <w:szCs w:val="20"/>
        </w:rPr>
      </w:pPr>
      <w:r w:rsidRPr="002134C6">
        <w:rPr>
          <w:rFonts w:ascii="Arial" w:hAnsi="Arial" w:cs="Arial"/>
          <w:sz w:val="20"/>
          <w:szCs w:val="20"/>
        </w:rPr>
        <w:t>*2</w:t>
      </w:r>
      <w:r w:rsidR="001C3A5C" w:rsidRPr="002134C6">
        <w:rPr>
          <w:rFonts w:ascii="Arial" w:hAnsi="Arial" w:cs="Arial"/>
          <w:sz w:val="20"/>
          <w:szCs w:val="20"/>
        </w:rPr>
        <w:t xml:space="preserve"> -</w:t>
      </w:r>
      <w:r w:rsidRPr="002134C6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F73229" w:rsidRPr="002134C6">
        <w:rPr>
          <w:rFonts w:ascii="Arial" w:hAnsi="Arial" w:cs="Arial"/>
          <w:sz w:val="20"/>
          <w:szCs w:val="20"/>
        </w:rPr>
        <w:t>anotar</w:t>
      </w:r>
      <w:proofErr w:type="spellEnd"/>
      <w:r w:rsidR="00F73229" w:rsidRPr="002134C6">
        <w:rPr>
          <w:rFonts w:ascii="Arial" w:hAnsi="Arial" w:cs="Arial"/>
          <w:sz w:val="20"/>
          <w:szCs w:val="20"/>
        </w:rPr>
        <w:t xml:space="preserve"> com (x) </w:t>
      </w:r>
      <w:proofErr w:type="spellStart"/>
      <w:r w:rsidR="00F73229" w:rsidRPr="002134C6">
        <w:rPr>
          <w:rFonts w:ascii="Arial" w:hAnsi="Arial" w:cs="Arial"/>
          <w:sz w:val="20"/>
          <w:szCs w:val="20"/>
        </w:rPr>
        <w:t>os</w:t>
      </w:r>
      <w:proofErr w:type="spellEnd"/>
      <w:r w:rsidR="00F73229" w:rsidRPr="002134C6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F73229" w:rsidRPr="002134C6">
        <w:rPr>
          <w:rFonts w:ascii="Arial" w:hAnsi="Arial" w:cs="Arial"/>
          <w:sz w:val="20"/>
          <w:szCs w:val="20"/>
        </w:rPr>
        <w:t>cursos</w:t>
      </w:r>
      <w:proofErr w:type="spellEnd"/>
      <w:r w:rsidR="00F73229" w:rsidRPr="002134C6">
        <w:rPr>
          <w:rFonts w:ascii="Arial" w:hAnsi="Arial" w:cs="Arial"/>
          <w:sz w:val="20"/>
          <w:szCs w:val="20"/>
        </w:rPr>
        <w:t xml:space="preserve"> que </w:t>
      </w:r>
      <w:proofErr w:type="spellStart"/>
      <w:r w:rsidR="00F73229" w:rsidRPr="002134C6">
        <w:rPr>
          <w:rFonts w:ascii="Arial" w:hAnsi="Arial" w:cs="Arial"/>
          <w:sz w:val="20"/>
          <w:szCs w:val="20"/>
        </w:rPr>
        <w:t>possui</w:t>
      </w:r>
      <w:proofErr w:type="spellEnd"/>
      <w:r w:rsidR="00F73229" w:rsidRPr="002134C6">
        <w:rPr>
          <w:rFonts w:ascii="Arial" w:hAnsi="Arial" w:cs="Arial"/>
          <w:sz w:val="20"/>
          <w:szCs w:val="20"/>
        </w:rPr>
        <w:t xml:space="preserve"> e </w:t>
      </w:r>
      <w:proofErr w:type="spellStart"/>
      <w:r w:rsidR="00F73229" w:rsidRPr="002134C6">
        <w:rPr>
          <w:rFonts w:ascii="Arial" w:hAnsi="Arial" w:cs="Arial"/>
          <w:sz w:val="20"/>
          <w:szCs w:val="20"/>
        </w:rPr>
        <w:t>somar</w:t>
      </w:r>
      <w:proofErr w:type="spellEnd"/>
      <w:r w:rsidR="00F73229" w:rsidRPr="002134C6">
        <w:rPr>
          <w:rFonts w:ascii="Arial" w:hAnsi="Arial" w:cs="Arial"/>
          <w:sz w:val="20"/>
          <w:szCs w:val="20"/>
        </w:rPr>
        <w:t xml:space="preserve"> a </w:t>
      </w:r>
      <w:proofErr w:type="spellStart"/>
      <w:r w:rsidR="00F73229" w:rsidRPr="002134C6">
        <w:rPr>
          <w:rFonts w:ascii="Arial" w:hAnsi="Arial" w:cs="Arial"/>
          <w:sz w:val="20"/>
          <w:szCs w:val="20"/>
        </w:rPr>
        <w:t>pontuação</w:t>
      </w:r>
      <w:proofErr w:type="spellEnd"/>
      <w:r w:rsidR="00F73229" w:rsidRPr="002134C6">
        <w:rPr>
          <w:rFonts w:ascii="Arial" w:hAnsi="Arial" w:cs="Arial"/>
          <w:sz w:val="20"/>
          <w:szCs w:val="20"/>
        </w:rPr>
        <w:t>.</w:t>
      </w:r>
    </w:p>
    <w:p w14:paraId="41BEA7D3" w14:textId="4A391DA6" w:rsidR="006F7219" w:rsidRPr="002134C6" w:rsidRDefault="006F7219" w:rsidP="006F7219">
      <w:pPr>
        <w:tabs>
          <w:tab w:val="left" w:pos="1725"/>
        </w:tabs>
        <w:autoSpaceDE w:val="0"/>
        <w:autoSpaceDN w:val="0"/>
        <w:spacing w:after="0" w:line="298" w:lineRule="exact"/>
        <w:rPr>
          <w:rFonts w:ascii="Arial" w:hAnsi="Arial" w:cs="Arial"/>
          <w:sz w:val="20"/>
          <w:szCs w:val="20"/>
        </w:rPr>
      </w:pPr>
    </w:p>
    <w:p w14:paraId="57C4F451" w14:textId="52695396" w:rsidR="00C12D08" w:rsidRPr="002134C6" w:rsidRDefault="00000000" w:rsidP="0066597B">
      <w:pPr>
        <w:autoSpaceDE w:val="0"/>
        <w:autoSpaceDN w:val="0"/>
        <w:spacing w:after="0" w:line="210" w:lineRule="exact"/>
        <w:ind w:left="1458" w:right="1458"/>
        <w:rPr>
          <w:rFonts w:ascii="Arial" w:hAnsi="Arial" w:cs="Arial"/>
          <w:sz w:val="20"/>
          <w:szCs w:val="20"/>
        </w:rPr>
      </w:pPr>
      <w:r w:rsidRPr="002134C6">
        <w:rPr>
          <w:rFonts w:ascii="Arial" w:eastAsia="ArialMT" w:hAnsi="Arial" w:cs="Arial"/>
          <w:color w:val="000000"/>
          <w:sz w:val="20"/>
          <w:szCs w:val="20"/>
        </w:rPr>
        <w:t xml:space="preserve"> </w:t>
      </w:r>
      <w:r w:rsidRPr="002134C6">
        <w:rPr>
          <w:rFonts w:ascii="Arial" w:hAnsi="Arial" w:cs="Arial"/>
          <w:sz w:val="20"/>
          <w:szCs w:val="20"/>
        </w:rPr>
        <w:br/>
      </w:r>
      <w:r w:rsidRPr="002134C6">
        <w:rPr>
          <w:rFonts w:ascii="Arial" w:eastAsia="ArialMT" w:hAnsi="Arial" w:cs="Arial"/>
          <w:color w:val="000000"/>
          <w:sz w:val="20"/>
          <w:szCs w:val="20"/>
        </w:rPr>
        <w:t xml:space="preserve">Declaro que tomei conhecimento e concordo com as normas do Edital referente ao cargo e das </w:t>
      </w:r>
      <w:proofErr w:type="spellStart"/>
      <w:r w:rsidRPr="002134C6">
        <w:rPr>
          <w:rFonts w:ascii="Arial" w:eastAsia="ArialMT" w:hAnsi="Arial" w:cs="Arial"/>
          <w:color w:val="000000"/>
          <w:sz w:val="20"/>
          <w:szCs w:val="20"/>
        </w:rPr>
        <w:t>informações</w:t>
      </w:r>
      <w:proofErr w:type="spellEnd"/>
      <w:r w:rsidR="001C3A5C" w:rsidRPr="002134C6">
        <w:rPr>
          <w:rFonts w:ascii="Arial" w:eastAsia="ArialMT" w:hAnsi="Arial" w:cs="Arial"/>
          <w:color w:val="000000"/>
          <w:sz w:val="20"/>
          <w:szCs w:val="20"/>
        </w:rPr>
        <w:t xml:space="preserve"> </w:t>
      </w:r>
      <w:proofErr w:type="spellStart"/>
      <w:r w:rsidRPr="002134C6">
        <w:rPr>
          <w:rFonts w:ascii="Arial" w:eastAsia="ArialMT" w:hAnsi="Arial" w:cs="Arial"/>
          <w:color w:val="000000"/>
          <w:sz w:val="20"/>
          <w:szCs w:val="20"/>
        </w:rPr>
        <w:t>contidas</w:t>
      </w:r>
      <w:proofErr w:type="spellEnd"/>
      <w:r w:rsidRPr="002134C6">
        <w:rPr>
          <w:rFonts w:ascii="Arial" w:eastAsia="ArialMT" w:hAnsi="Arial" w:cs="Arial"/>
          <w:color w:val="000000"/>
          <w:sz w:val="20"/>
          <w:szCs w:val="20"/>
        </w:rPr>
        <w:t xml:space="preserve"> </w:t>
      </w:r>
      <w:proofErr w:type="spellStart"/>
      <w:r w:rsidRPr="002134C6">
        <w:rPr>
          <w:rFonts w:ascii="Arial" w:eastAsia="ArialMT" w:hAnsi="Arial" w:cs="Arial"/>
          <w:color w:val="000000"/>
          <w:sz w:val="20"/>
          <w:szCs w:val="20"/>
        </w:rPr>
        <w:t>nesta</w:t>
      </w:r>
      <w:proofErr w:type="spellEnd"/>
      <w:r w:rsidRPr="002134C6">
        <w:rPr>
          <w:rFonts w:ascii="Arial" w:eastAsia="ArialMT" w:hAnsi="Arial" w:cs="Arial"/>
          <w:color w:val="000000"/>
          <w:sz w:val="20"/>
          <w:szCs w:val="20"/>
        </w:rPr>
        <w:t xml:space="preserve"> </w:t>
      </w:r>
      <w:proofErr w:type="spellStart"/>
      <w:r w:rsidRPr="002134C6">
        <w:rPr>
          <w:rFonts w:ascii="Arial" w:eastAsia="ArialMT" w:hAnsi="Arial" w:cs="Arial"/>
          <w:color w:val="000000"/>
          <w:sz w:val="20"/>
          <w:szCs w:val="20"/>
        </w:rPr>
        <w:t>ficha</w:t>
      </w:r>
      <w:proofErr w:type="spellEnd"/>
      <w:r w:rsidRPr="002134C6">
        <w:rPr>
          <w:rFonts w:ascii="Arial" w:eastAsia="ArialMT" w:hAnsi="Arial" w:cs="Arial"/>
          <w:color w:val="000000"/>
          <w:sz w:val="20"/>
          <w:szCs w:val="20"/>
        </w:rPr>
        <w:t xml:space="preserve"> de </w:t>
      </w:r>
      <w:proofErr w:type="spellStart"/>
      <w:r w:rsidRPr="002134C6">
        <w:rPr>
          <w:rFonts w:ascii="Arial" w:eastAsia="ArialMT" w:hAnsi="Arial" w:cs="Arial"/>
          <w:color w:val="000000"/>
          <w:sz w:val="20"/>
          <w:szCs w:val="20"/>
        </w:rPr>
        <w:t>inscrição</w:t>
      </w:r>
      <w:proofErr w:type="spellEnd"/>
      <w:r w:rsidRPr="002134C6">
        <w:rPr>
          <w:rFonts w:ascii="Arial" w:eastAsia="ArialMT" w:hAnsi="Arial" w:cs="Arial"/>
          <w:color w:val="000000"/>
          <w:sz w:val="20"/>
          <w:szCs w:val="20"/>
        </w:rPr>
        <w:t xml:space="preserve">, que </w:t>
      </w:r>
      <w:proofErr w:type="spellStart"/>
      <w:r w:rsidRPr="002134C6">
        <w:rPr>
          <w:rFonts w:ascii="Arial" w:eastAsia="ArialMT" w:hAnsi="Arial" w:cs="Arial"/>
          <w:color w:val="000000"/>
          <w:sz w:val="20"/>
          <w:szCs w:val="20"/>
        </w:rPr>
        <w:t>são</w:t>
      </w:r>
      <w:proofErr w:type="spellEnd"/>
      <w:r w:rsidRPr="002134C6">
        <w:rPr>
          <w:rFonts w:ascii="Arial" w:eastAsia="ArialMT" w:hAnsi="Arial" w:cs="Arial"/>
          <w:color w:val="000000"/>
          <w:sz w:val="20"/>
          <w:szCs w:val="20"/>
        </w:rPr>
        <w:t xml:space="preserve"> de minha inteira responsabilidade. </w:t>
      </w:r>
      <w:r w:rsidRPr="002134C6">
        <w:rPr>
          <w:rFonts w:ascii="Arial" w:hAnsi="Arial" w:cs="Arial"/>
          <w:sz w:val="20"/>
          <w:szCs w:val="20"/>
        </w:rPr>
        <w:br/>
      </w:r>
      <w:r w:rsidRPr="002134C6">
        <w:rPr>
          <w:rFonts w:ascii="Arial" w:eastAsia="ArialMT" w:hAnsi="Arial" w:cs="Arial"/>
          <w:color w:val="000000"/>
          <w:sz w:val="20"/>
          <w:szCs w:val="20"/>
        </w:rPr>
        <w:t xml:space="preserve"> </w:t>
      </w:r>
      <w:r w:rsidRPr="002134C6">
        <w:rPr>
          <w:rFonts w:ascii="Arial" w:hAnsi="Arial" w:cs="Arial"/>
          <w:sz w:val="20"/>
          <w:szCs w:val="20"/>
        </w:rPr>
        <w:br/>
      </w:r>
      <w:r w:rsidRPr="002134C6">
        <w:rPr>
          <w:rFonts w:ascii="Arial" w:eastAsia="ArialMT" w:hAnsi="Arial" w:cs="Arial"/>
          <w:color w:val="000000"/>
          <w:sz w:val="20"/>
          <w:szCs w:val="20"/>
        </w:rPr>
        <w:t xml:space="preserve"> </w:t>
      </w:r>
      <w:r w:rsidRPr="002134C6">
        <w:rPr>
          <w:rFonts w:ascii="Arial" w:hAnsi="Arial" w:cs="Arial"/>
          <w:sz w:val="20"/>
          <w:szCs w:val="20"/>
        </w:rPr>
        <w:br/>
      </w:r>
      <w:proofErr w:type="spellStart"/>
      <w:r w:rsidRPr="002134C6">
        <w:rPr>
          <w:rFonts w:ascii="Arial" w:eastAsia="ArialMT" w:hAnsi="Arial" w:cs="Arial"/>
          <w:color w:val="000000"/>
          <w:sz w:val="20"/>
          <w:szCs w:val="20"/>
        </w:rPr>
        <w:t>Arapoti</w:t>
      </w:r>
      <w:proofErr w:type="spellEnd"/>
      <w:r w:rsidRPr="002134C6">
        <w:rPr>
          <w:rFonts w:ascii="Arial" w:eastAsia="ArialMT" w:hAnsi="Arial" w:cs="Arial"/>
          <w:color w:val="000000"/>
          <w:sz w:val="20"/>
          <w:szCs w:val="20"/>
        </w:rPr>
        <w:t>,</w:t>
      </w:r>
      <w:r w:rsidR="0066597B">
        <w:rPr>
          <w:rFonts w:ascii="Arial" w:eastAsia="ArialMT" w:hAnsi="Arial" w:cs="Arial"/>
          <w:color w:val="000000"/>
          <w:sz w:val="20"/>
          <w:szCs w:val="20"/>
        </w:rPr>
        <w:t xml:space="preserve"> </w:t>
      </w:r>
      <w:proofErr w:type="spellStart"/>
      <w:r w:rsidRPr="002134C6">
        <w:rPr>
          <w:rFonts w:ascii="Arial" w:eastAsia="ArialMT" w:hAnsi="Arial" w:cs="Arial"/>
          <w:color w:val="000000"/>
          <w:sz w:val="20"/>
          <w:szCs w:val="20"/>
        </w:rPr>
        <w:t>em</w:t>
      </w:r>
      <w:proofErr w:type="spellEnd"/>
      <w:r w:rsidRPr="002134C6">
        <w:rPr>
          <w:rFonts w:ascii="Arial" w:eastAsia="ArialMT" w:hAnsi="Arial" w:cs="Arial"/>
          <w:color w:val="000000"/>
          <w:sz w:val="20"/>
          <w:szCs w:val="20"/>
        </w:rPr>
        <w:t xml:space="preserve">: _____/_____/__________ </w:t>
      </w:r>
      <w:r w:rsidRPr="002134C6">
        <w:rPr>
          <w:rFonts w:ascii="Arial" w:hAnsi="Arial" w:cs="Arial"/>
          <w:sz w:val="20"/>
          <w:szCs w:val="20"/>
        </w:rPr>
        <w:br/>
      </w:r>
      <w:r w:rsidRPr="002134C6">
        <w:rPr>
          <w:rFonts w:ascii="Arial" w:eastAsia="ArialMT" w:hAnsi="Arial" w:cs="Arial"/>
          <w:color w:val="000000"/>
          <w:sz w:val="20"/>
          <w:szCs w:val="20"/>
        </w:rPr>
        <w:t xml:space="preserve"> </w:t>
      </w:r>
      <w:r w:rsidRPr="002134C6">
        <w:rPr>
          <w:rFonts w:ascii="Arial" w:hAnsi="Arial" w:cs="Arial"/>
          <w:sz w:val="20"/>
          <w:szCs w:val="20"/>
        </w:rPr>
        <w:br/>
      </w:r>
      <w:r w:rsidRPr="002134C6">
        <w:rPr>
          <w:rFonts w:ascii="Arial" w:eastAsia="ArialMT" w:hAnsi="Arial" w:cs="Arial"/>
          <w:color w:val="000000"/>
          <w:sz w:val="20"/>
          <w:szCs w:val="20"/>
        </w:rPr>
        <w:t xml:space="preserve"> </w:t>
      </w:r>
    </w:p>
    <w:p w14:paraId="39DDB160" w14:textId="77777777" w:rsidR="00C12D08" w:rsidRPr="002134C6" w:rsidRDefault="00000000">
      <w:pPr>
        <w:autoSpaceDE w:val="0"/>
        <w:autoSpaceDN w:val="0"/>
        <w:spacing w:before="10" w:after="0" w:line="200" w:lineRule="exact"/>
        <w:jc w:val="center"/>
        <w:rPr>
          <w:rFonts w:ascii="Arial" w:hAnsi="Arial" w:cs="Arial"/>
          <w:sz w:val="20"/>
          <w:szCs w:val="20"/>
        </w:rPr>
      </w:pPr>
      <w:r w:rsidRPr="002134C6">
        <w:rPr>
          <w:rFonts w:ascii="Arial" w:eastAsia="ArialMT" w:hAnsi="Arial" w:cs="Arial"/>
          <w:color w:val="000000"/>
          <w:sz w:val="20"/>
          <w:szCs w:val="20"/>
        </w:rPr>
        <w:t>___________________________________</w:t>
      </w:r>
    </w:p>
    <w:p w14:paraId="08EA8393" w14:textId="2DA2C297" w:rsidR="00C12D08" w:rsidRPr="002134C6" w:rsidRDefault="003058C4" w:rsidP="00E35B39">
      <w:pPr>
        <w:autoSpaceDE w:val="0"/>
        <w:autoSpaceDN w:val="0"/>
        <w:spacing w:before="10" w:after="100" w:afterAutospacing="1" w:line="200" w:lineRule="exact"/>
        <w:jc w:val="center"/>
        <w:rPr>
          <w:rFonts w:ascii="Arial" w:eastAsia="ArialMT" w:hAnsi="Arial" w:cs="Arial"/>
          <w:color w:val="000000"/>
          <w:sz w:val="20"/>
          <w:szCs w:val="20"/>
        </w:rPr>
      </w:pPr>
      <w:proofErr w:type="spellStart"/>
      <w:r w:rsidRPr="002134C6">
        <w:rPr>
          <w:rFonts w:ascii="Arial" w:eastAsia="ArialMT" w:hAnsi="Arial" w:cs="Arial"/>
          <w:color w:val="000000"/>
          <w:sz w:val="20"/>
          <w:szCs w:val="20"/>
        </w:rPr>
        <w:t>Escrever</w:t>
      </w:r>
      <w:proofErr w:type="spellEnd"/>
      <w:r w:rsidRPr="002134C6">
        <w:rPr>
          <w:rFonts w:ascii="Arial" w:eastAsia="ArialMT" w:hAnsi="Arial" w:cs="Arial"/>
          <w:color w:val="000000"/>
          <w:sz w:val="20"/>
          <w:szCs w:val="20"/>
        </w:rPr>
        <w:t xml:space="preserve"> o </w:t>
      </w:r>
      <w:proofErr w:type="spellStart"/>
      <w:r w:rsidRPr="002134C6">
        <w:rPr>
          <w:rFonts w:ascii="Arial" w:eastAsia="ArialMT" w:hAnsi="Arial" w:cs="Arial"/>
          <w:color w:val="000000"/>
          <w:sz w:val="20"/>
          <w:szCs w:val="20"/>
        </w:rPr>
        <w:t>nome</w:t>
      </w:r>
      <w:proofErr w:type="spellEnd"/>
      <w:r w:rsidRPr="002134C6">
        <w:rPr>
          <w:rFonts w:ascii="Arial" w:eastAsia="ArialMT" w:hAnsi="Arial" w:cs="Arial"/>
          <w:color w:val="000000"/>
          <w:sz w:val="20"/>
          <w:szCs w:val="20"/>
        </w:rPr>
        <w:t xml:space="preserve"> e </w:t>
      </w:r>
      <w:proofErr w:type="spellStart"/>
      <w:r w:rsidRPr="002134C6">
        <w:rPr>
          <w:rFonts w:ascii="Arial" w:eastAsia="ArialMT" w:hAnsi="Arial" w:cs="Arial"/>
          <w:color w:val="000000"/>
          <w:sz w:val="20"/>
          <w:szCs w:val="20"/>
        </w:rPr>
        <w:t>assinar</w:t>
      </w:r>
      <w:proofErr w:type="spellEnd"/>
    </w:p>
    <w:tbl>
      <w:tblPr>
        <w:tblW w:w="0" w:type="auto"/>
        <w:tblInd w:w="264" w:type="dxa"/>
        <w:tblLayout w:type="fixed"/>
        <w:tblLook w:val="04A0" w:firstRow="1" w:lastRow="0" w:firstColumn="1" w:lastColumn="0" w:noHBand="0" w:noVBand="1"/>
      </w:tblPr>
      <w:tblGrid>
        <w:gridCol w:w="7104"/>
        <w:gridCol w:w="4266"/>
      </w:tblGrid>
      <w:tr w:rsidR="00C12D08" w14:paraId="45BC338C" w14:textId="77777777">
        <w:trPr>
          <w:trHeight w:hRule="exact" w:val="1082"/>
        </w:trPr>
        <w:tc>
          <w:tcPr>
            <w:tcW w:w="7104" w:type="dxa"/>
            <w:shd w:val="clear" w:color="auto" w:fill="FFFFFF"/>
            <w:tcMar>
              <w:left w:w="0" w:type="dxa"/>
              <w:right w:w="0" w:type="dxa"/>
            </w:tcMar>
          </w:tcPr>
          <w:p w14:paraId="27C64DC2" w14:textId="53046AE6" w:rsidR="00C12D08" w:rsidRDefault="00C12D08">
            <w:pPr>
              <w:autoSpaceDE w:val="0"/>
              <w:autoSpaceDN w:val="0"/>
              <w:spacing w:before="772" w:after="0" w:line="178" w:lineRule="exact"/>
              <w:ind w:left="266" w:right="266"/>
            </w:pPr>
          </w:p>
        </w:tc>
        <w:tc>
          <w:tcPr>
            <w:tcW w:w="4266" w:type="dxa"/>
            <w:shd w:val="clear" w:color="auto" w:fill="FFFFFF"/>
            <w:tcMar>
              <w:left w:w="0" w:type="dxa"/>
              <w:right w:w="0" w:type="dxa"/>
            </w:tcMar>
          </w:tcPr>
          <w:p w14:paraId="7DA1DD85" w14:textId="77777777" w:rsidR="00C12D08" w:rsidRDefault="00000000">
            <w:pPr>
              <w:autoSpaceDE w:val="0"/>
              <w:autoSpaceDN w:val="0"/>
              <w:spacing w:before="772" w:after="0" w:line="178" w:lineRule="exact"/>
              <w:ind w:left="264" w:right="264"/>
              <w:jc w:val="right"/>
            </w:pPr>
            <w:r>
              <w:rPr>
                <w:rFonts w:ascii="ArialMT" w:eastAsia="ArialMT" w:hAnsi="ArialMT"/>
                <w:color w:val="000000"/>
                <w:sz w:val="16"/>
              </w:rPr>
              <w:t>1/1</w:t>
            </w:r>
          </w:p>
        </w:tc>
      </w:tr>
    </w:tbl>
    <w:p w14:paraId="601261FE" w14:textId="77777777" w:rsidR="00C12D08" w:rsidRDefault="00C12D08">
      <w:pPr>
        <w:autoSpaceDE w:val="0"/>
        <w:autoSpaceDN w:val="0"/>
        <w:spacing w:after="0" w:line="14" w:lineRule="exact"/>
      </w:pPr>
    </w:p>
    <w:sectPr w:rsidR="00C12D08" w:rsidSect="00034616">
      <w:pgSz w:w="11899" w:h="16838"/>
      <w:pgMar w:top="0" w:right="0" w:bottom="0" w:left="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MT">
    <w:altName w:val="Arial"/>
    <w:panose1 w:val="00000000000000000000"/>
    <w:charset w:val="00"/>
    <w:family w:val="roman"/>
    <w:notTrueType/>
    <w:pitch w:val="default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Numerada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Numerada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Commarcadores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Commarcadores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Numerad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9" w15:restartNumberingAfterBreak="0">
    <w:nsid w:val="0A23164B"/>
    <w:multiLevelType w:val="hybridMultilevel"/>
    <w:tmpl w:val="CE3A45D8"/>
    <w:lvl w:ilvl="0" w:tplc="DFCE8132">
      <w:numFmt w:val="bullet"/>
      <w:lvlText w:val="-"/>
      <w:lvlJc w:val="left"/>
      <w:pPr>
        <w:ind w:left="2318" w:hanging="360"/>
      </w:pPr>
      <w:rPr>
        <w:rFonts w:ascii="Cambria" w:eastAsiaTheme="minorEastAsia" w:hAnsi="Cambria" w:cstheme="minorBidi" w:hint="default"/>
      </w:rPr>
    </w:lvl>
    <w:lvl w:ilvl="1" w:tplc="04160003" w:tentative="1">
      <w:start w:val="1"/>
      <w:numFmt w:val="bullet"/>
      <w:lvlText w:val="o"/>
      <w:lvlJc w:val="left"/>
      <w:pPr>
        <w:ind w:left="303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75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47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19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91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63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35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8078" w:hanging="360"/>
      </w:pPr>
      <w:rPr>
        <w:rFonts w:ascii="Wingdings" w:hAnsi="Wingdings" w:hint="default"/>
      </w:rPr>
    </w:lvl>
  </w:abstractNum>
  <w:abstractNum w:abstractNumId="10" w15:restartNumberingAfterBreak="0">
    <w:nsid w:val="51027D75"/>
    <w:multiLevelType w:val="hybridMultilevel"/>
    <w:tmpl w:val="D7E2B526"/>
    <w:lvl w:ilvl="0" w:tplc="2DF21CEC">
      <w:numFmt w:val="bullet"/>
      <w:lvlText w:val="-"/>
      <w:lvlJc w:val="left"/>
      <w:pPr>
        <w:ind w:left="2205" w:hanging="360"/>
      </w:pPr>
      <w:rPr>
        <w:rFonts w:ascii="Cambria" w:eastAsiaTheme="minorEastAsia" w:hAnsi="Cambria" w:cstheme="minorBidi" w:hint="default"/>
      </w:rPr>
    </w:lvl>
    <w:lvl w:ilvl="1" w:tplc="04160003" w:tentative="1">
      <w:start w:val="1"/>
      <w:numFmt w:val="bullet"/>
      <w:lvlText w:val="o"/>
      <w:lvlJc w:val="left"/>
      <w:pPr>
        <w:ind w:left="292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64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36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08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80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52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24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965" w:hanging="360"/>
      </w:pPr>
      <w:rPr>
        <w:rFonts w:ascii="Wingdings" w:hAnsi="Wingdings" w:hint="default"/>
      </w:rPr>
    </w:lvl>
  </w:abstractNum>
  <w:num w:numId="1" w16cid:durableId="1481342831">
    <w:abstractNumId w:val="8"/>
  </w:num>
  <w:num w:numId="2" w16cid:durableId="1122192448">
    <w:abstractNumId w:val="6"/>
  </w:num>
  <w:num w:numId="3" w16cid:durableId="1985352841">
    <w:abstractNumId w:val="5"/>
  </w:num>
  <w:num w:numId="4" w16cid:durableId="1422138427">
    <w:abstractNumId w:val="4"/>
  </w:num>
  <w:num w:numId="5" w16cid:durableId="1754281367">
    <w:abstractNumId w:val="7"/>
  </w:num>
  <w:num w:numId="6" w16cid:durableId="2118719318">
    <w:abstractNumId w:val="3"/>
  </w:num>
  <w:num w:numId="7" w16cid:durableId="1235505329">
    <w:abstractNumId w:val="2"/>
  </w:num>
  <w:num w:numId="8" w16cid:durableId="658970956">
    <w:abstractNumId w:val="1"/>
  </w:num>
  <w:num w:numId="9" w16cid:durableId="621570028">
    <w:abstractNumId w:val="0"/>
  </w:num>
  <w:num w:numId="10" w16cid:durableId="801386441">
    <w:abstractNumId w:val="9"/>
  </w:num>
  <w:num w:numId="11" w16cid:durableId="379978451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7730"/>
    <w:rsid w:val="00004BD1"/>
    <w:rsid w:val="00034616"/>
    <w:rsid w:val="0006063C"/>
    <w:rsid w:val="000C469D"/>
    <w:rsid w:val="0015074B"/>
    <w:rsid w:val="001C3A5C"/>
    <w:rsid w:val="002134C6"/>
    <w:rsid w:val="0029639D"/>
    <w:rsid w:val="002B188B"/>
    <w:rsid w:val="002C6BC4"/>
    <w:rsid w:val="003058C4"/>
    <w:rsid w:val="00314941"/>
    <w:rsid w:val="00326F90"/>
    <w:rsid w:val="0066597B"/>
    <w:rsid w:val="00680B26"/>
    <w:rsid w:val="006F7219"/>
    <w:rsid w:val="007C57E7"/>
    <w:rsid w:val="0085136D"/>
    <w:rsid w:val="0089215B"/>
    <w:rsid w:val="00961624"/>
    <w:rsid w:val="00A26831"/>
    <w:rsid w:val="00AA1D8D"/>
    <w:rsid w:val="00B47730"/>
    <w:rsid w:val="00B62C92"/>
    <w:rsid w:val="00C12D08"/>
    <w:rsid w:val="00CB0664"/>
    <w:rsid w:val="00D35143"/>
    <w:rsid w:val="00DE2F83"/>
    <w:rsid w:val="00E35B39"/>
    <w:rsid w:val="00E41D1D"/>
    <w:rsid w:val="00EB57C3"/>
    <w:rsid w:val="00EB5929"/>
    <w:rsid w:val="00F047D6"/>
    <w:rsid w:val="00F73229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36DCDBD5"/>
  <w14:defaultImageDpi w14:val="300"/>
  <w15:docId w15:val="{2DBE3F54-C48F-442F-8215-B5DC8D41A0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693F"/>
  </w:style>
  <w:style w:type="paragraph" w:styleId="Ttulo1">
    <w:name w:val="heading 1"/>
    <w:basedOn w:val="Normal"/>
    <w:next w:val="Normal"/>
    <w:link w:val="Ttulo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rsid w:val="00E618BF"/>
  </w:style>
  <w:style w:type="paragraph" w:styleId="Rodap">
    <w:name w:val="footer"/>
    <w:basedOn w:val="Normal"/>
    <w:link w:val="Rodap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E618BF"/>
  </w:style>
  <w:style w:type="paragraph" w:styleId="SemEspaamento">
    <w:name w:val="No Spacing"/>
    <w:uiPriority w:val="1"/>
    <w:qFormat/>
    <w:rsid w:val="00FC693F"/>
    <w:pPr>
      <w:spacing w:after="0" w:line="240" w:lineRule="auto"/>
    </w:pPr>
  </w:style>
  <w:style w:type="character" w:customStyle="1" w:styleId="Ttulo1Char">
    <w:name w:val="Título 1 Char"/>
    <w:basedOn w:val="Fontepargpadro"/>
    <w:link w:val="Ttulo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Ttulo2Char">
    <w:name w:val="Título 2 Char"/>
    <w:basedOn w:val="Fontepargpadro"/>
    <w:link w:val="Ttulo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">
    <w:name w:val="Title"/>
    <w:basedOn w:val="Normal"/>
    <w:next w:val="Normal"/>
    <w:link w:val="Ttulo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tuloChar">
    <w:name w:val="Título Char"/>
    <w:basedOn w:val="Fontepargpadro"/>
    <w:link w:val="Ttulo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tulo">
    <w:name w:val="Subtitle"/>
    <w:basedOn w:val="Normal"/>
    <w:next w:val="Normal"/>
    <w:link w:val="Subttulo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tuloChar">
    <w:name w:val="Subtítulo Char"/>
    <w:basedOn w:val="Fontepargpadro"/>
    <w:link w:val="Subttulo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PargrafodaLista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Corpodetexto">
    <w:name w:val="Body Text"/>
    <w:basedOn w:val="Normal"/>
    <w:link w:val="CorpodetextoChar"/>
    <w:uiPriority w:val="99"/>
    <w:unhideWhenUsed/>
    <w:rsid w:val="00AA1D8D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rsid w:val="00AA1D8D"/>
  </w:style>
  <w:style w:type="paragraph" w:styleId="Corpodetexto2">
    <w:name w:val="Body Text 2"/>
    <w:basedOn w:val="Normal"/>
    <w:link w:val="Corpodetexto2Char"/>
    <w:uiPriority w:val="99"/>
    <w:unhideWhenUsed/>
    <w:rsid w:val="00AA1D8D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rsid w:val="00AA1D8D"/>
  </w:style>
  <w:style w:type="paragraph" w:styleId="Corpodetexto3">
    <w:name w:val="Body Text 3"/>
    <w:basedOn w:val="Normal"/>
    <w:link w:val="Corpodetexto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AA1D8D"/>
    <w:rPr>
      <w:sz w:val="16"/>
      <w:szCs w:val="16"/>
    </w:rPr>
  </w:style>
  <w:style w:type="paragraph" w:styleId="Lista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a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a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Commarcadores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Commarcadores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Commarcadores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Numerada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Numerada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Numerada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adecontinuao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adecontinuao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adecontinuao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Textodemacro">
    <w:name w:val="macro"/>
    <w:link w:val="Textodemacro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TextodemacroChar">
    <w:name w:val="Texto de macro Char"/>
    <w:basedOn w:val="Fontepargpadro"/>
    <w:link w:val="Textodemacro"/>
    <w:uiPriority w:val="99"/>
    <w:rsid w:val="0029639D"/>
    <w:rPr>
      <w:rFonts w:ascii="Courier" w:hAnsi="Courier"/>
      <w:sz w:val="20"/>
      <w:szCs w:val="20"/>
    </w:rPr>
  </w:style>
  <w:style w:type="paragraph" w:styleId="Citao">
    <w:name w:val="Quote"/>
    <w:basedOn w:val="Normal"/>
    <w:next w:val="Normal"/>
    <w:link w:val="CitaoChar"/>
    <w:uiPriority w:val="29"/>
    <w:qFormat/>
    <w:rsid w:val="00FC693F"/>
    <w:rPr>
      <w:i/>
      <w:iCs/>
      <w:color w:val="000000" w:themeColor="text1"/>
    </w:rPr>
  </w:style>
  <w:style w:type="character" w:customStyle="1" w:styleId="CitaoChar">
    <w:name w:val="Citação Char"/>
    <w:basedOn w:val="Fontepargpadro"/>
    <w:link w:val="Citao"/>
    <w:uiPriority w:val="29"/>
    <w:rsid w:val="00FC693F"/>
    <w:rPr>
      <w:i/>
      <w:iCs/>
      <w:color w:val="000000" w:themeColor="text1"/>
    </w:rPr>
  </w:style>
  <w:style w:type="character" w:customStyle="1" w:styleId="Ttulo4Char">
    <w:name w:val="Título 4 Char"/>
    <w:basedOn w:val="Fontepargpadro"/>
    <w:link w:val="Ttulo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tulo5Char">
    <w:name w:val="Título 5 Char"/>
    <w:basedOn w:val="Fontepargpadro"/>
    <w:link w:val="Ttulo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Ttulo7Char">
    <w:name w:val="Título 7 Char"/>
    <w:basedOn w:val="Fontepargpadro"/>
    <w:link w:val="Ttulo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Ttulo8Char">
    <w:name w:val="Título 8 Char"/>
    <w:basedOn w:val="Fontepargpadro"/>
    <w:link w:val="Ttulo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Ttulo9Char">
    <w:name w:val="Título 9 Char"/>
    <w:basedOn w:val="Fontepargpadro"/>
    <w:link w:val="Ttulo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Legenda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Forte">
    <w:name w:val="Strong"/>
    <w:basedOn w:val="Fontepargpadro"/>
    <w:uiPriority w:val="22"/>
    <w:qFormat/>
    <w:rsid w:val="00FC693F"/>
    <w:rPr>
      <w:b/>
      <w:bCs/>
    </w:rPr>
  </w:style>
  <w:style w:type="character" w:styleId="nfase">
    <w:name w:val="Emphasis"/>
    <w:basedOn w:val="Fontepargpadro"/>
    <w:uiPriority w:val="20"/>
    <w:qFormat/>
    <w:rsid w:val="00FC693F"/>
    <w:rPr>
      <w:i/>
      <w:iCs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FC693F"/>
    <w:rPr>
      <w:b/>
      <w:bCs/>
      <w:i/>
      <w:iCs/>
      <w:color w:val="4F81BD" w:themeColor="accent1"/>
    </w:rPr>
  </w:style>
  <w:style w:type="character" w:styleId="nfaseSutil">
    <w:name w:val="Subtle Emphasis"/>
    <w:basedOn w:val="Fontepargpadro"/>
    <w:uiPriority w:val="19"/>
    <w:qFormat/>
    <w:rsid w:val="00FC693F"/>
    <w:rPr>
      <w:i/>
      <w:iCs/>
      <w:color w:val="808080" w:themeColor="text1" w:themeTint="7F"/>
    </w:rPr>
  </w:style>
  <w:style w:type="character" w:styleId="nfaseIntensa">
    <w:name w:val="Intense Emphasis"/>
    <w:basedOn w:val="Fontepargpadro"/>
    <w:uiPriority w:val="21"/>
    <w:qFormat/>
    <w:rsid w:val="00FC693F"/>
    <w:rPr>
      <w:b/>
      <w:bCs/>
      <w:i/>
      <w:iCs/>
      <w:color w:val="4F81BD" w:themeColor="accent1"/>
    </w:rPr>
  </w:style>
  <w:style w:type="character" w:styleId="RefernciaSutil">
    <w:name w:val="Subtle Reference"/>
    <w:basedOn w:val="Fontepargpadro"/>
    <w:uiPriority w:val="31"/>
    <w:qFormat/>
    <w:rsid w:val="00FC693F"/>
    <w:rPr>
      <w:smallCaps/>
      <w:color w:val="C0504D" w:themeColor="accent2"/>
      <w:u w:val="single"/>
    </w:rPr>
  </w:style>
  <w:style w:type="character" w:styleId="RefernciaIntensa">
    <w:name w:val="Intense Reference"/>
    <w:basedOn w:val="Fontepargpadro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TtulodoLivro">
    <w:name w:val="Book Title"/>
    <w:basedOn w:val="Fontepargpadro"/>
    <w:uiPriority w:val="33"/>
    <w:qFormat/>
    <w:rsid w:val="00FC693F"/>
    <w:rPr>
      <w:b/>
      <w:bCs/>
      <w:smallCaps/>
      <w:spacing w:val="5"/>
    </w:rPr>
  </w:style>
  <w:style w:type="paragraph" w:styleId="CabealhodoSumrio">
    <w:name w:val="TOC Heading"/>
    <w:basedOn w:val="Ttulo1"/>
    <w:next w:val="Normal"/>
    <w:uiPriority w:val="39"/>
    <w:semiHidden/>
    <w:unhideWhenUsed/>
    <w:qFormat/>
    <w:rsid w:val="00FC693F"/>
    <w:pPr>
      <w:outlineLvl w:val="9"/>
    </w:pPr>
  </w:style>
  <w:style w:type="table" w:styleId="Tabelacomgrade">
    <w:name w:val="Table Grid"/>
    <w:basedOn w:val="Tabela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SombreamentoClaro">
    <w:name w:val="Light Shading"/>
    <w:basedOn w:val="Tabela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SombreamentoClaro-nfase1">
    <w:name w:val="Light Shading Accent 1"/>
    <w:basedOn w:val="Tabela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SombreamentoClaro-nfase2">
    <w:name w:val="Light Shading Accent 2"/>
    <w:basedOn w:val="Tabela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SombreamentoClaro-nfase3">
    <w:name w:val="Light Shading Accent 3"/>
    <w:basedOn w:val="Tabela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SombreamentoClaro-nfase4">
    <w:name w:val="Light Shading Accent 4"/>
    <w:basedOn w:val="Tabela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SombreamentoClaro-nfase5">
    <w:name w:val="Light Shading Accent 5"/>
    <w:basedOn w:val="Tabela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SombreamentoClaro-nfase6">
    <w:name w:val="Light Shading Accent 6"/>
    <w:basedOn w:val="Tabela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staClara">
    <w:name w:val="Light List"/>
    <w:basedOn w:val="Tabela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staClara-nfase1">
    <w:name w:val="Light List Accent 1"/>
    <w:basedOn w:val="Tabela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staClara-nfase2">
    <w:name w:val="Light List Accent 2"/>
    <w:basedOn w:val="Tabe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staClara-nfase3">
    <w:name w:val="Light List Accent 3"/>
    <w:basedOn w:val="Tabe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staClara-nfase4">
    <w:name w:val="Light List Accent 4"/>
    <w:basedOn w:val="Tabe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staClara-nfase5">
    <w:name w:val="Light List Accent 5"/>
    <w:basedOn w:val="Tabe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staClara-nfase6">
    <w:name w:val="Light List Accent 6"/>
    <w:basedOn w:val="Tabe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GradeClara">
    <w:name w:val="Light Grid"/>
    <w:basedOn w:val="Tabe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GradeClara-nfase1">
    <w:name w:val="Light Grid Accent 1"/>
    <w:basedOn w:val="Tabe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GradeClara-nfase2">
    <w:name w:val="Light Grid Accent 2"/>
    <w:basedOn w:val="Tabe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GradeClara-nfase3">
    <w:name w:val="Light Grid Accent 3"/>
    <w:basedOn w:val="Tabe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GradeClara-nfase4">
    <w:name w:val="Light Grid Accent 4"/>
    <w:basedOn w:val="Tabe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GradeClara-nfase5">
    <w:name w:val="Light Grid Accent 5"/>
    <w:basedOn w:val="Tabe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GradeClara-nfase6">
    <w:name w:val="Light Grid Accent 6"/>
    <w:basedOn w:val="Tabe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SombreamentoMdio1">
    <w:name w:val="Medium Shading 1"/>
    <w:basedOn w:val="Tabe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1">
    <w:name w:val="Medium Shading 1 Accent 1"/>
    <w:basedOn w:val="Tabe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2">
    <w:name w:val="Medium Shading 1 Accent 2"/>
    <w:basedOn w:val="Tabe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3">
    <w:name w:val="Medium Shading 1 Accent 3"/>
    <w:basedOn w:val="Tabe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4">
    <w:name w:val="Medium Shading 1 Accent 4"/>
    <w:basedOn w:val="Tabe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5">
    <w:name w:val="Medium Shading 1 Accent 5"/>
    <w:basedOn w:val="Tabe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6">
    <w:name w:val="Medium Shading 1 Accent 6"/>
    <w:basedOn w:val="Tabe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2">
    <w:name w:val="Medium Shading 2"/>
    <w:basedOn w:val="Tabe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mentoMdio2-nfase1">
    <w:name w:val="Medium Shading 2 Accent 1"/>
    <w:basedOn w:val="Tabe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mentoMdio2-nfase2">
    <w:name w:val="Medium Shading 2 Accent 2"/>
    <w:basedOn w:val="Tabe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mentoMdio2-nfase3">
    <w:name w:val="Medium Shading 2 Accent 3"/>
    <w:basedOn w:val="Tabe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mentoMdio2-nfase4">
    <w:name w:val="Medium Shading 2 Accent 4"/>
    <w:basedOn w:val="Tabe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mentoMdio2-nfase5">
    <w:name w:val="Medium Shading 2 Accent 5"/>
    <w:basedOn w:val="Tabe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mentoMdio2-nfase6">
    <w:name w:val="Medium Shading 2 Accent 6"/>
    <w:basedOn w:val="Tabe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ListaMdia1">
    <w:name w:val="Medium List 1"/>
    <w:basedOn w:val="Tabe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ListaMdia1-nfase1">
    <w:name w:val="Medium List 1 Accent 1"/>
    <w:basedOn w:val="Tabe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ListaMdia1-nfase2">
    <w:name w:val="Medium List 1 Accent 2"/>
    <w:basedOn w:val="Tabe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ListaMdia1-nfase3">
    <w:name w:val="Medium List 1 Accent 3"/>
    <w:basedOn w:val="Tabe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ListaMdia1-nfase4">
    <w:name w:val="Medium List 1 Accent 4"/>
    <w:basedOn w:val="Tabe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ListaMdia1-nfase5">
    <w:name w:val="Medium List 1 Accent 5"/>
    <w:basedOn w:val="Tabe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ListaMdia1-nfase6">
    <w:name w:val="Medium List 1 Accent 6"/>
    <w:basedOn w:val="Tabe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ListaMdia2">
    <w:name w:val="Medium List 2"/>
    <w:basedOn w:val="Tabe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dia2-nfase1">
    <w:name w:val="Medium List 2 Accent 1"/>
    <w:basedOn w:val="Tabe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dia2-nfase2">
    <w:name w:val="Medium List 2 Accent 2"/>
    <w:basedOn w:val="Tabe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dia2-nfase3">
    <w:name w:val="Medium List 2 Accent 3"/>
    <w:basedOn w:val="Tabe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dia2-nfase4">
    <w:name w:val="Medium List 2 Accent 4"/>
    <w:basedOn w:val="Tabe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dia2-nfase5">
    <w:name w:val="Medium List 2 Accent 5"/>
    <w:basedOn w:val="Tabe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dia2-nfase6">
    <w:name w:val="Medium List 2 Accent 6"/>
    <w:basedOn w:val="Tabe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GradeMdia1">
    <w:name w:val="Medium Grid 1"/>
    <w:basedOn w:val="Tabe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GradeMdia1-nfase1">
    <w:name w:val="Medium Grid 1 Accent 1"/>
    <w:basedOn w:val="Tabe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GradeMdia1-nfase2">
    <w:name w:val="Medium Grid 1 Accent 2"/>
    <w:basedOn w:val="Tabe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GradeMdia1-nfase3">
    <w:name w:val="Medium Grid 1 Accent 3"/>
    <w:basedOn w:val="Tabe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GradeMdia1-nfase4">
    <w:name w:val="Medium Grid 1 Accent 4"/>
    <w:basedOn w:val="Tabe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GradeMdia1-nfase5">
    <w:name w:val="Medium Grid 1 Accent 5"/>
    <w:basedOn w:val="Tabe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GradeMdia1-nfase6">
    <w:name w:val="Medium Grid 1 Accent 6"/>
    <w:basedOn w:val="Tabe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GradeMdia2">
    <w:name w:val="Medium Grid 2"/>
    <w:basedOn w:val="Tabe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2-nfase1">
    <w:name w:val="Medium Grid 2 Accent 1"/>
    <w:basedOn w:val="Tabe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2-nfase2">
    <w:name w:val="Medium Grid 2 Accent 2"/>
    <w:basedOn w:val="Tabe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2-nfase3">
    <w:name w:val="Medium Grid 2 Accent 3"/>
    <w:basedOn w:val="Tabe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2-nfase4">
    <w:name w:val="Medium Grid 2 Accent 4"/>
    <w:basedOn w:val="Tabe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2-nfase5">
    <w:name w:val="Medium Grid 2 Accent 5"/>
    <w:basedOn w:val="Tabe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2-nfase6">
    <w:name w:val="Medium Grid 2 Accent 6"/>
    <w:basedOn w:val="Tabe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3">
    <w:name w:val="Medium Grid 3"/>
    <w:basedOn w:val="Tabe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GradeMdia3-nfase1">
    <w:name w:val="Medium Grid 3 Accent 1"/>
    <w:basedOn w:val="Tabe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GradeMdia3-nfase2">
    <w:name w:val="Medium Grid 3 Accent 2"/>
    <w:basedOn w:val="Tabe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GradeMdia3-nfase3">
    <w:name w:val="Medium Grid 3 Accent 3"/>
    <w:basedOn w:val="Tabe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GradeMdia3-nfase4">
    <w:name w:val="Medium Grid 3 Accent 4"/>
    <w:basedOn w:val="Tabe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GradeMdia3-nfase5">
    <w:name w:val="Medium Grid 3 Accent 5"/>
    <w:basedOn w:val="Tabe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GradeMdia3-nfase6">
    <w:name w:val="Medium Grid 3 Accent 6"/>
    <w:basedOn w:val="Tabe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ListaEscura">
    <w:name w:val="Dark List"/>
    <w:basedOn w:val="Tabe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ListaEscura-nfase1">
    <w:name w:val="Dark List Accent 1"/>
    <w:basedOn w:val="Tabe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ListaEscura-nfase2">
    <w:name w:val="Dark List Accent 2"/>
    <w:basedOn w:val="Tabe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ListaEscura-nfase3">
    <w:name w:val="Dark List Accent 3"/>
    <w:basedOn w:val="Tabe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ListaEscura-nfase4">
    <w:name w:val="Dark List Accent 4"/>
    <w:basedOn w:val="Tabe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ListaEscura-nfase5">
    <w:name w:val="Dark List Accent 5"/>
    <w:basedOn w:val="Tabe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ListaEscura-nfase6">
    <w:name w:val="Dark List Accent 6"/>
    <w:basedOn w:val="Tabe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SombreamentoColorido">
    <w:name w:val="Colorful Shading"/>
    <w:basedOn w:val="Tabe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mentoEscuro-nfase1">
    <w:name w:val="Colorful Shading Accent 1"/>
    <w:basedOn w:val="Tabe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mentoColorido-nfase2">
    <w:name w:val="Colorful Shading Accent 2"/>
    <w:basedOn w:val="Tabe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mentoColorido-nfase3">
    <w:name w:val="Colorful Shading Accent 3"/>
    <w:basedOn w:val="Tabe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SombreamentoColorido-nfase4">
    <w:name w:val="Colorful Shading Accent 4"/>
    <w:basedOn w:val="Tabe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mentoColorido-nfase5">
    <w:name w:val="Colorful Shading Accent 5"/>
    <w:basedOn w:val="Tabe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mentoColorido-nfase6">
    <w:name w:val="Colorful Shading Accent 6"/>
    <w:basedOn w:val="Tabe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ListaColorida">
    <w:name w:val="Colorful List"/>
    <w:basedOn w:val="Tabe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aColorida-nfase1">
    <w:name w:val="Colorful List Accent 1"/>
    <w:basedOn w:val="Tabe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ListaColorida-nfase2">
    <w:name w:val="Colorful List Accent 2"/>
    <w:basedOn w:val="Tabe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ListaColorida-nfase3">
    <w:name w:val="Colorful List Accent 3"/>
    <w:basedOn w:val="Tabe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ListaColorida-nfase4">
    <w:name w:val="Colorful List Accent 4"/>
    <w:basedOn w:val="Tabe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ListaColorida-nfase5">
    <w:name w:val="Colorful List Accent 5"/>
    <w:basedOn w:val="Tabe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ListaColorida-nfase6">
    <w:name w:val="Colorful List Accent 6"/>
    <w:basedOn w:val="Tabe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GradeColorida">
    <w:name w:val="Colorful Grid"/>
    <w:basedOn w:val="Tabe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GradeColorida-nfase1">
    <w:name w:val="Colorful Grid Accent 1"/>
    <w:basedOn w:val="Tabe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GradeColorida-nfase2">
    <w:name w:val="Colorful Grid Accent 2"/>
    <w:basedOn w:val="Tabe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GradeColorida-nfase3">
    <w:name w:val="Colorful Grid Accent 3"/>
    <w:basedOn w:val="Tabe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GradeColorida-nfase4">
    <w:name w:val="Colorful Grid Accent 4"/>
    <w:basedOn w:val="Tabe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GradeColorida-nfase5">
    <w:name w:val="Colorful Grid Accent 5"/>
    <w:basedOn w:val="Tabe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GradeColorida-nfase6">
    <w:name w:val="Colorful Grid Accent 6"/>
    <w:basedOn w:val="Tabe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289</Words>
  <Characters>1566</Characters>
  <Application>Microsoft Office Word</Application>
  <DocSecurity>0</DocSecurity>
  <Lines>13</Lines>
  <Paragraphs>3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Manager/>
  <Company/>
  <LinksUpToDate>false</LinksUpToDate>
  <CharactersWithSpaces>1852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João Paulo da Silva</cp:lastModifiedBy>
  <cp:revision>6</cp:revision>
  <cp:lastPrinted>2022-07-18T17:16:00Z</cp:lastPrinted>
  <dcterms:created xsi:type="dcterms:W3CDTF">2022-07-19T13:19:00Z</dcterms:created>
  <dcterms:modified xsi:type="dcterms:W3CDTF">2022-07-21T20:31:00Z</dcterms:modified>
  <cp:category/>
</cp:coreProperties>
</file>