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C1439" w14:textId="7839D384" w:rsidR="00C12D08" w:rsidRDefault="00C12D08">
      <w:pPr>
        <w:autoSpaceDE w:val="0"/>
        <w:autoSpaceDN w:val="0"/>
        <w:spacing w:after="0" w:line="148" w:lineRule="exact"/>
      </w:pPr>
    </w:p>
    <w:tbl>
      <w:tblPr>
        <w:tblW w:w="0" w:type="auto"/>
        <w:tblInd w:w="264" w:type="dxa"/>
        <w:tblLayout w:type="fixed"/>
        <w:tblLook w:val="04A0" w:firstRow="1" w:lastRow="0" w:firstColumn="1" w:lastColumn="0" w:noHBand="0" w:noVBand="1"/>
      </w:tblPr>
      <w:tblGrid>
        <w:gridCol w:w="3504"/>
        <w:gridCol w:w="6162"/>
      </w:tblGrid>
      <w:tr w:rsidR="00C12D08" w14:paraId="14BFB0D5" w14:textId="77777777">
        <w:trPr>
          <w:trHeight w:hRule="exact" w:val="440"/>
        </w:trPr>
        <w:tc>
          <w:tcPr>
            <w:tcW w:w="3504" w:type="dxa"/>
            <w:shd w:val="clear" w:color="auto" w:fill="FFFFFF"/>
            <w:tcMar>
              <w:left w:w="0" w:type="dxa"/>
              <w:right w:w="0" w:type="dxa"/>
            </w:tcMar>
          </w:tcPr>
          <w:p w14:paraId="6810A9E5" w14:textId="0C6F79AE" w:rsidR="00C12D08" w:rsidRDefault="00C12D08">
            <w:pPr>
              <w:autoSpaceDE w:val="0"/>
              <w:autoSpaceDN w:val="0"/>
              <w:spacing w:before="148" w:after="0" w:line="178" w:lineRule="exact"/>
              <w:ind w:left="266" w:right="266"/>
            </w:pPr>
          </w:p>
        </w:tc>
        <w:tc>
          <w:tcPr>
            <w:tcW w:w="6162" w:type="dxa"/>
            <w:shd w:val="clear" w:color="auto" w:fill="FFFFFF"/>
            <w:tcMar>
              <w:left w:w="0" w:type="dxa"/>
              <w:right w:w="0" w:type="dxa"/>
            </w:tcMar>
          </w:tcPr>
          <w:p w14:paraId="62529234" w14:textId="0B62ADA2" w:rsidR="00C12D08" w:rsidRDefault="00C12D08">
            <w:pPr>
              <w:autoSpaceDE w:val="0"/>
              <w:autoSpaceDN w:val="0"/>
              <w:spacing w:before="148" w:after="0" w:line="178" w:lineRule="exact"/>
              <w:jc w:val="center"/>
            </w:pPr>
          </w:p>
        </w:tc>
      </w:tr>
    </w:tbl>
    <w:p w14:paraId="3DE023F0" w14:textId="7379716F" w:rsidR="003058C4" w:rsidRDefault="003058C4" w:rsidP="003058C4">
      <w:pPr>
        <w:pStyle w:val="Cabealho"/>
        <w:jc w:val="center"/>
        <w:rPr>
          <w:rFonts w:ascii="Arial" w:hAnsi="Arial" w:cs="Arial"/>
          <w:b/>
          <w:color w:val="339966"/>
          <w:sz w:val="40"/>
          <w:szCs w:val="40"/>
        </w:rPr>
      </w:pPr>
      <w:r w:rsidRPr="004F7989">
        <w:rPr>
          <w:rFonts w:ascii="Arial" w:hAnsi="Arial" w:cs="Arial"/>
          <w:b/>
          <w:color w:val="339966"/>
          <w:sz w:val="40"/>
          <w:szCs w:val="40"/>
        </w:rPr>
        <w:t>PREFEITURA MUNICIPAL DE ARAPOTI</w:t>
      </w:r>
    </w:p>
    <w:p w14:paraId="5ACF8DDF" w14:textId="432B2F85" w:rsidR="003058C4" w:rsidRDefault="003058C4" w:rsidP="003058C4">
      <w:pPr>
        <w:pStyle w:val="Cabealho"/>
        <w:jc w:val="center"/>
        <w:rPr>
          <w:rFonts w:ascii="Arial" w:hAnsi="Arial" w:cs="Arial"/>
          <w:b/>
          <w:color w:val="339966"/>
          <w:sz w:val="40"/>
          <w:szCs w:val="40"/>
        </w:rPr>
      </w:pPr>
      <w:proofErr w:type="spellStart"/>
      <w:r>
        <w:rPr>
          <w:rFonts w:ascii="Arial" w:hAnsi="Arial" w:cs="Arial"/>
          <w:sz w:val="18"/>
        </w:rPr>
        <w:t>Rua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Placidio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Leite</w:t>
      </w:r>
      <w:proofErr w:type="spellEnd"/>
      <w:r>
        <w:rPr>
          <w:rFonts w:ascii="Arial" w:hAnsi="Arial" w:cs="Arial"/>
          <w:sz w:val="18"/>
        </w:rPr>
        <w:t xml:space="preserve"> Nº 148 Centro </w:t>
      </w:r>
      <w:proofErr w:type="spellStart"/>
      <w:r>
        <w:rPr>
          <w:rFonts w:ascii="Arial" w:hAnsi="Arial" w:cs="Arial"/>
          <w:sz w:val="18"/>
        </w:rPr>
        <w:t>Cívico</w:t>
      </w:r>
      <w:proofErr w:type="spellEnd"/>
      <w:r>
        <w:rPr>
          <w:rFonts w:ascii="Arial" w:hAnsi="Arial" w:cs="Arial"/>
          <w:sz w:val="18"/>
        </w:rPr>
        <w:t xml:space="preserve"> – CEP-84.990-000 - </w:t>
      </w:r>
      <w:proofErr w:type="spellStart"/>
      <w:r>
        <w:rPr>
          <w:rFonts w:ascii="Arial" w:hAnsi="Arial" w:cs="Arial"/>
          <w:sz w:val="18"/>
        </w:rPr>
        <w:t>Fone</w:t>
      </w:r>
      <w:proofErr w:type="spellEnd"/>
      <w:r>
        <w:rPr>
          <w:rFonts w:ascii="Arial" w:hAnsi="Arial" w:cs="Arial"/>
          <w:sz w:val="18"/>
        </w:rPr>
        <w:t>/Fax 43 3512-3000</w:t>
      </w:r>
    </w:p>
    <w:p w14:paraId="67827C20" w14:textId="77777777" w:rsidR="003058C4" w:rsidRPr="00121DF4" w:rsidRDefault="003058C4" w:rsidP="003058C4">
      <w:pPr>
        <w:pStyle w:val="Cabealho"/>
        <w:jc w:val="center"/>
        <w:rPr>
          <w:rFonts w:ascii="Arial" w:hAnsi="Arial" w:cs="Arial"/>
          <w:b/>
          <w:color w:val="339966"/>
          <w:sz w:val="40"/>
          <w:szCs w:val="40"/>
        </w:rPr>
      </w:pPr>
      <w:r>
        <w:rPr>
          <w:rFonts w:ascii="Arial" w:hAnsi="Arial" w:cs="Arial"/>
          <w:b/>
          <w:sz w:val="18"/>
        </w:rPr>
        <w:t>ARAPOTI – PARANÁ – CNPJ Nº 75.658.377/0001-31</w:t>
      </w:r>
    </w:p>
    <w:p w14:paraId="2CE56AFF" w14:textId="7C507557" w:rsidR="003058C4" w:rsidRDefault="003058C4" w:rsidP="00E35B39">
      <w:pPr>
        <w:autoSpaceDE w:val="0"/>
        <w:autoSpaceDN w:val="0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PROCESSO SELETIVO SIMPLIFICADO </w:t>
      </w:r>
      <w:proofErr w:type="gramStart"/>
      <w:r>
        <w:rPr>
          <w:rFonts w:ascii="Arial" w:hAnsi="Arial" w:cs="Arial"/>
          <w:b/>
          <w:bCs/>
        </w:rPr>
        <w:t>N.º</w:t>
      </w:r>
      <w:proofErr w:type="gramEnd"/>
      <w:r>
        <w:rPr>
          <w:rFonts w:ascii="Arial" w:hAnsi="Arial" w:cs="Arial"/>
          <w:b/>
          <w:bCs/>
        </w:rPr>
        <w:t xml:space="preserve"> 02/2022</w:t>
      </w:r>
    </w:p>
    <w:p w14:paraId="35B27AB3" w14:textId="5126194C" w:rsidR="00E35B39" w:rsidRDefault="00E35B39" w:rsidP="00E35B39">
      <w:pPr>
        <w:autoSpaceDE w:val="0"/>
        <w:autoSpaceDN w:val="0"/>
        <w:spacing w:before="120" w:after="120" w:line="240" w:lineRule="auto"/>
        <w:jc w:val="center"/>
      </w:pPr>
      <w:r>
        <w:rPr>
          <w:rFonts w:ascii="Arial" w:hAnsi="Arial" w:cs="Arial"/>
          <w:b/>
          <w:bCs/>
        </w:rPr>
        <w:t xml:space="preserve">ANEXO </w:t>
      </w:r>
      <w:r w:rsidR="0085136D">
        <w:rPr>
          <w:rFonts w:ascii="Arial" w:hAnsi="Arial" w:cs="Arial"/>
          <w:b/>
          <w:bCs/>
        </w:rPr>
        <w:t>I -</w:t>
      </w:r>
      <w:r w:rsidR="002134C6">
        <w:rPr>
          <w:rFonts w:ascii="Arial" w:hAnsi="Arial" w:cs="Arial"/>
          <w:b/>
          <w:bCs/>
        </w:rPr>
        <w:t xml:space="preserve"> FICHA DE INSCRIÇÃO PARA CARGO - MECÂNICO</w:t>
      </w:r>
    </w:p>
    <w:tbl>
      <w:tblPr>
        <w:tblW w:w="0" w:type="auto"/>
        <w:tblInd w:w="1480" w:type="dxa"/>
        <w:tblLayout w:type="fixed"/>
        <w:tblLook w:val="04A0" w:firstRow="1" w:lastRow="0" w:firstColumn="1" w:lastColumn="0" w:noHBand="0" w:noVBand="1"/>
      </w:tblPr>
      <w:tblGrid>
        <w:gridCol w:w="1592"/>
        <w:gridCol w:w="748"/>
        <w:gridCol w:w="2162"/>
        <w:gridCol w:w="796"/>
        <w:gridCol w:w="614"/>
        <w:gridCol w:w="270"/>
        <w:gridCol w:w="2985"/>
      </w:tblGrid>
      <w:tr w:rsidR="00C12D08" w14:paraId="22E782EF" w14:textId="77777777" w:rsidTr="002B188B">
        <w:trPr>
          <w:trHeight w:hRule="exact" w:val="680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88D61A3" w14:textId="77777777" w:rsidR="00C12D08" w:rsidRDefault="00000000">
            <w:pPr>
              <w:autoSpaceDE w:val="0"/>
              <w:autoSpaceDN w:val="0"/>
              <w:spacing w:before="226" w:after="0" w:line="200" w:lineRule="exact"/>
              <w:jc w:val="center"/>
            </w:pPr>
            <w:r>
              <w:rPr>
                <w:rFonts w:ascii="Arial" w:eastAsia="Arial" w:hAnsi="Arial"/>
                <w:b/>
                <w:color w:val="000000"/>
                <w:sz w:val="18"/>
              </w:rPr>
              <w:t>COMPROVANTE DE INSCRIÇÃO</w:t>
            </w:r>
          </w:p>
        </w:tc>
      </w:tr>
      <w:tr w:rsidR="00C12D08" w14:paraId="006B5D83" w14:textId="77777777" w:rsidTr="002B188B">
        <w:trPr>
          <w:trHeight w:hRule="exact" w:val="489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696C0B3" w14:textId="7B13B89E" w:rsidR="00C12D08" w:rsidRDefault="00000000">
            <w:pPr>
              <w:autoSpaceDE w:val="0"/>
              <w:autoSpaceDN w:val="0"/>
              <w:spacing w:after="0" w:line="188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CANDIDATO À VAGA</w:t>
            </w:r>
            <w:r>
              <w:br/>
            </w:r>
            <w:proofErr w:type="spellStart"/>
            <w:r w:rsidR="003058C4">
              <w:t>Mecânico</w:t>
            </w:r>
            <w:proofErr w:type="spellEnd"/>
          </w:p>
        </w:tc>
      </w:tr>
      <w:tr w:rsidR="00C12D08" w14:paraId="44319DDF" w14:textId="77777777" w:rsidTr="002B188B">
        <w:trPr>
          <w:trHeight w:hRule="exact" w:val="494"/>
        </w:trPr>
        <w:tc>
          <w:tcPr>
            <w:tcW w:w="1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1EF0CD5" w14:textId="19CDB087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Nº DE INSCRIÇÃO</w:t>
            </w:r>
            <w:r w:rsidR="00F73229">
              <w:rPr>
                <w:rFonts w:ascii="ArialMT" w:eastAsia="ArialMT" w:hAnsi="ArialMT"/>
                <w:color w:val="000000"/>
                <w:sz w:val="12"/>
              </w:rPr>
              <w:t xml:space="preserve">      </w:t>
            </w:r>
            <w:r w:rsidR="00F73229" w:rsidRPr="001C3A5C">
              <w:rPr>
                <w:rFonts w:ascii="Arial" w:hAnsi="Arial" w:cs="Arial"/>
                <w:sz w:val="16"/>
                <w:szCs w:val="16"/>
              </w:rPr>
              <w:t>*1</w:t>
            </w:r>
            <w:r w:rsidR="00F73229">
              <w:rPr>
                <w:rFonts w:ascii="ArialMT" w:eastAsia="ArialMT" w:hAnsi="ArialMT"/>
                <w:color w:val="000000"/>
                <w:sz w:val="12"/>
              </w:rPr>
              <w:t xml:space="preserve">  </w:t>
            </w:r>
            <w:r>
              <w:br/>
            </w:r>
          </w:p>
        </w:tc>
        <w:tc>
          <w:tcPr>
            <w:tcW w:w="757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ACC2198" w14:textId="568D8D42" w:rsidR="00C12D08" w:rsidRDefault="00000000">
            <w:pPr>
              <w:autoSpaceDE w:val="0"/>
              <w:autoSpaceDN w:val="0"/>
              <w:spacing w:after="0" w:line="192" w:lineRule="exact"/>
              <w:ind w:left="20" w:right="20"/>
            </w:pPr>
            <w:r>
              <w:rPr>
                <w:rFonts w:ascii="ArialMT" w:eastAsia="ArialMT" w:hAnsi="ArialMT"/>
                <w:color w:val="000000"/>
                <w:sz w:val="12"/>
              </w:rPr>
              <w:t>NOME</w:t>
            </w:r>
            <w:r>
              <w:br/>
            </w:r>
          </w:p>
        </w:tc>
      </w:tr>
      <w:tr w:rsidR="00C12D08" w14:paraId="25E26FA0" w14:textId="77777777" w:rsidTr="002B188B">
        <w:trPr>
          <w:trHeight w:hRule="exact" w:val="511"/>
        </w:trPr>
        <w:tc>
          <w:tcPr>
            <w:tcW w:w="1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E82477B" w14:textId="62D152C2" w:rsidR="00C12D08" w:rsidRDefault="00000000">
            <w:pPr>
              <w:autoSpaceDE w:val="0"/>
              <w:autoSpaceDN w:val="0"/>
              <w:spacing w:after="0" w:line="19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DATA DE NASCIMENTO</w:t>
            </w:r>
            <w:r>
              <w:br/>
            </w:r>
          </w:p>
        </w:tc>
        <w:tc>
          <w:tcPr>
            <w:tcW w:w="37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6FD20DD" w14:textId="2677674A" w:rsidR="00C12D08" w:rsidRDefault="00000000">
            <w:pPr>
              <w:autoSpaceDE w:val="0"/>
              <w:autoSpaceDN w:val="0"/>
              <w:spacing w:after="0" w:line="194" w:lineRule="exact"/>
              <w:ind w:left="20" w:right="20"/>
            </w:pPr>
            <w:r>
              <w:rPr>
                <w:rFonts w:ascii="ArialMT" w:eastAsia="ArialMT" w:hAnsi="ArialMT"/>
                <w:color w:val="000000"/>
                <w:sz w:val="12"/>
              </w:rPr>
              <w:t>CPF</w:t>
            </w:r>
            <w:r>
              <w:br/>
            </w:r>
          </w:p>
        </w:tc>
        <w:tc>
          <w:tcPr>
            <w:tcW w:w="38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57E27655" w14:textId="1360B725" w:rsidR="00C12D08" w:rsidRDefault="00000000">
            <w:pPr>
              <w:autoSpaceDE w:val="0"/>
              <w:autoSpaceDN w:val="0"/>
              <w:spacing w:after="0" w:line="19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RG</w:t>
            </w:r>
            <w:r>
              <w:br/>
            </w:r>
          </w:p>
        </w:tc>
      </w:tr>
      <w:tr w:rsidR="00C12D08" w14:paraId="722BF57A" w14:textId="77777777" w:rsidTr="002B188B">
        <w:trPr>
          <w:trHeight w:hRule="exact" w:val="479"/>
        </w:trPr>
        <w:tc>
          <w:tcPr>
            <w:tcW w:w="591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AE1114E" w14:textId="0797D5EF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ENDEREÇO</w:t>
            </w:r>
            <w:r>
              <w:br/>
            </w:r>
          </w:p>
        </w:tc>
        <w:tc>
          <w:tcPr>
            <w:tcW w:w="325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761E8C8" w14:textId="66F6D5DD" w:rsidR="00C12D08" w:rsidRDefault="00000000">
            <w:pPr>
              <w:autoSpaceDE w:val="0"/>
              <w:autoSpaceDN w:val="0"/>
              <w:spacing w:after="0" w:line="18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BAIRRO</w:t>
            </w:r>
            <w:r>
              <w:br/>
            </w:r>
          </w:p>
        </w:tc>
      </w:tr>
      <w:tr w:rsidR="00C12D08" w14:paraId="41FF713F" w14:textId="77777777" w:rsidTr="002B188B">
        <w:trPr>
          <w:trHeight w:hRule="exact" w:val="511"/>
        </w:trPr>
        <w:tc>
          <w:tcPr>
            <w:tcW w:w="23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1B754BB3" w14:textId="005EB1AE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CEP</w:t>
            </w:r>
            <w:r>
              <w:br/>
            </w:r>
          </w:p>
        </w:tc>
        <w:tc>
          <w:tcPr>
            <w:tcW w:w="384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DE5C799" w14:textId="53477198" w:rsidR="00C12D08" w:rsidRDefault="00000000">
            <w:pPr>
              <w:autoSpaceDE w:val="0"/>
              <w:autoSpaceDN w:val="0"/>
              <w:spacing w:after="0" w:line="192" w:lineRule="exact"/>
              <w:ind w:left="24" w:right="24"/>
            </w:pPr>
            <w:r>
              <w:rPr>
                <w:rFonts w:ascii="ArialMT" w:eastAsia="ArialMT" w:hAnsi="ArialMT"/>
                <w:color w:val="000000"/>
                <w:sz w:val="12"/>
              </w:rPr>
              <w:t>CIDADE</w:t>
            </w:r>
            <w:r>
              <w:br/>
            </w:r>
          </w:p>
        </w:tc>
        <w:tc>
          <w:tcPr>
            <w:tcW w:w="2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32733E9" w14:textId="4A2E8E47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ESTADO</w:t>
            </w:r>
            <w:r>
              <w:br/>
            </w:r>
          </w:p>
        </w:tc>
      </w:tr>
      <w:tr w:rsidR="00C12D08" w14:paraId="06DAE543" w14:textId="77777777" w:rsidTr="002B188B">
        <w:trPr>
          <w:trHeight w:hRule="exact" w:val="488"/>
        </w:trPr>
        <w:tc>
          <w:tcPr>
            <w:tcW w:w="450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FA8649C" w14:textId="3F504AA0" w:rsidR="00C12D08" w:rsidRDefault="00000000">
            <w:pPr>
              <w:autoSpaceDE w:val="0"/>
              <w:autoSpaceDN w:val="0"/>
              <w:spacing w:after="0" w:line="18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TELEFONE</w:t>
            </w:r>
            <w:r>
              <w:br/>
            </w:r>
          </w:p>
        </w:tc>
        <w:tc>
          <w:tcPr>
            <w:tcW w:w="466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A28B5FF" w14:textId="3E927702" w:rsidR="00C12D08" w:rsidRDefault="00000000">
            <w:pPr>
              <w:autoSpaceDE w:val="0"/>
              <w:autoSpaceDN w:val="0"/>
              <w:spacing w:after="0" w:line="18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E-MAIL</w:t>
            </w:r>
            <w:r>
              <w:br/>
            </w:r>
          </w:p>
        </w:tc>
      </w:tr>
      <w:tr w:rsidR="00C12D08" w14:paraId="28F02AAC" w14:textId="77777777" w:rsidTr="002B188B">
        <w:trPr>
          <w:trHeight w:hRule="exact" w:val="459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1699E4EE" w14:textId="42FC2B3E" w:rsidR="00C12D08" w:rsidRDefault="00000000">
            <w:pPr>
              <w:autoSpaceDE w:val="0"/>
              <w:autoSpaceDN w:val="0"/>
              <w:spacing w:after="0" w:line="188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AFRODESCENDENTE</w:t>
            </w:r>
            <w:r>
              <w:br/>
            </w:r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 SIM </w:t>
            </w:r>
            <w:proofErr w:type="gramStart"/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(  </w:t>
            </w:r>
            <w:proofErr w:type="gramEnd"/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    )                  NÃO(     )</w:t>
            </w:r>
          </w:p>
        </w:tc>
      </w:tr>
      <w:tr w:rsidR="00C12D08" w14:paraId="78ABD2EA" w14:textId="77777777" w:rsidTr="002B188B">
        <w:trPr>
          <w:trHeight w:hRule="exact" w:val="450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0A1C268" w14:textId="000C70B7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NECESSIDADE ESPECIAL</w:t>
            </w:r>
            <w:r>
              <w:br/>
            </w:r>
            <w:r>
              <w:rPr>
                <w:rFonts w:ascii="ArialMT" w:eastAsia="ArialMT" w:hAnsi="ArialMT"/>
                <w:color w:val="000000"/>
                <w:sz w:val="18"/>
              </w:rPr>
              <w:t xml:space="preserve">Portador de Necessidade Especial: </w:t>
            </w:r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SIM </w:t>
            </w:r>
            <w:proofErr w:type="gramStart"/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(  </w:t>
            </w:r>
            <w:proofErr w:type="gramEnd"/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    )                  NÃO(     )</w:t>
            </w:r>
          </w:p>
        </w:tc>
      </w:tr>
    </w:tbl>
    <w:p w14:paraId="72C7519E" w14:textId="09E01154" w:rsidR="00C12D08" w:rsidRDefault="00C12D08">
      <w:pPr>
        <w:autoSpaceDE w:val="0"/>
        <w:autoSpaceDN w:val="0"/>
        <w:spacing w:after="0" w:line="298" w:lineRule="exact"/>
      </w:pPr>
    </w:p>
    <w:p w14:paraId="7C4F428B" w14:textId="77777777" w:rsidR="006F7219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ind w:left="1560"/>
      </w:pPr>
      <w:r>
        <w:tab/>
      </w:r>
    </w:p>
    <w:tbl>
      <w:tblPr>
        <w:tblStyle w:val="Tabelacomgrade"/>
        <w:tblW w:w="0" w:type="auto"/>
        <w:tblInd w:w="1560" w:type="dxa"/>
        <w:tblLook w:val="04A0" w:firstRow="1" w:lastRow="0" w:firstColumn="1" w:lastColumn="0" w:noHBand="0" w:noVBand="1"/>
      </w:tblPr>
      <w:tblGrid>
        <w:gridCol w:w="480"/>
        <w:gridCol w:w="7140"/>
        <w:gridCol w:w="285"/>
        <w:gridCol w:w="667"/>
        <w:gridCol w:w="624"/>
      </w:tblGrid>
      <w:tr w:rsidR="006F7219" w:rsidRPr="002B188B" w14:paraId="7394A012" w14:textId="77777777" w:rsidTr="002B188B">
        <w:trPr>
          <w:trHeight w:val="297"/>
        </w:trPr>
        <w:tc>
          <w:tcPr>
            <w:tcW w:w="91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DBFD63" w14:textId="3E3FE69D" w:rsidR="006F7219" w:rsidRPr="002B188B" w:rsidRDefault="00004BD1" w:rsidP="00004BD1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Titulos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Informados</w:t>
            </w:r>
            <w:proofErr w:type="spellEnd"/>
          </w:p>
        </w:tc>
      </w:tr>
      <w:tr w:rsidR="00E41D1D" w:rsidRPr="002B188B" w14:paraId="1AB0BC16" w14:textId="4B88A081" w:rsidTr="002B188B">
        <w:trPr>
          <w:trHeight w:val="283"/>
        </w:trPr>
        <w:tc>
          <w:tcPr>
            <w:tcW w:w="76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CDBBF7" w14:textId="1B2B05B4" w:rsidR="00E41D1D" w:rsidRPr="002B188B" w:rsidRDefault="00E41D1D" w:rsidP="00E41D1D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Pontuação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por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Habilitação</w:t>
            </w:r>
            <w:proofErr w:type="spellEnd"/>
          </w:p>
        </w:tc>
        <w:tc>
          <w:tcPr>
            <w:tcW w:w="9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1E06D1" w14:textId="2A01A087" w:rsidR="00E41D1D" w:rsidRPr="002B188B" w:rsidRDefault="00E41D1D" w:rsidP="00DE2F83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Pontos</w:t>
            </w:r>
            <w:proofErr w:type="spellEnd"/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8248EF" w14:textId="09EE6FFF" w:rsidR="00E41D1D" w:rsidRPr="002B188B" w:rsidRDefault="00E41D1D" w:rsidP="00E41D1D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X</w:t>
            </w:r>
            <w:r w:rsidR="00F732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3229" w:rsidRPr="001C3A5C">
              <w:rPr>
                <w:rFonts w:ascii="Arial" w:hAnsi="Arial" w:cs="Arial"/>
                <w:sz w:val="16"/>
                <w:szCs w:val="16"/>
              </w:rPr>
              <w:t>*2</w:t>
            </w:r>
          </w:p>
        </w:tc>
      </w:tr>
      <w:tr w:rsidR="00E41D1D" w:rsidRPr="002B188B" w14:paraId="0817F591" w14:textId="4A60E1D9" w:rsidTr="002B188B">
        <w:trPr>
          <w:trHeight w:val="297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2C6B2B" w14:textId="6749E77B" w:rsidR="00E41D1D" w:rsidRPr="002B188B" w:rsidRDefault="00E41D1D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249C5" w14:textId="38E7321A" w:rsidR="00E41D1D" w:rsidRPr="002B188B" w:rsidRDefault="00E41D1D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 xml:space="preserve">Ensino Fundamental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>Completo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 xml:space="preserve"> 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>experiencia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>comprovada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 xml:space="preserve"> de no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>mínimo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 xml:space="preserve"> 1 (um)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>ano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  <w:lang w:eastAsia="pt-BR"/>
              </w:rPr>
              <w:t xml:space="preserve"> no cargo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C6DC5A" w14:textId="5CB6FAD9" w:rsidR="00E41D1D" w:rsidRPr="002B188B" w:rsidRDefault="00E41D1D" w:rsidP="00DE2F83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C52BEF" w14:textId="4C7363C2" w:rsidR="00E41D1D" w:rsidRPr="002B188B" w:rsidRDefault="00E41D1D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2F83" w:rsidRPr="002B188B" w14:paraId="6600FAB6" w14:textId="4B66B52F" w:rsidTr="002B188B">
        <w:trPr>
          <w:trHeight w:val="283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45DD9" w14:textId="1D299D0F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BBFAC4" w14:textId="179786EF" w:rsidR="00DE2F83" w:rsidRPr="002B188B" w:rsidRDefault="00DE2F83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Pontuação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em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Ensino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Médio</w:t>
            </w:r>
            <w:proofErr w:type="spellEnd"/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006B0A" w14:textId="6927D42A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419A3A" w14:textId="14C49121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2F83" w:rsidRPr="002B188B" w14:paraId="47528086" w14:textId="34FC0B20" w:rsidTr="002B188B">
        <w:trPr>
          <w:trHeight w:val="297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9F10C0" w14:textId="6BBA66C3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C25B6" w14:textId="2B77FA9A" w:rsidR="00DE2F83" w:rsidRPr="002B188B" w:rsidRDefault="00DE2F83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Pontuação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em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Nível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Superior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em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qualquer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área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450408" w14:textId="2C4AF673" w:rsidR="00DE2F8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439448" w14:textId="651F6A7C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57C3" w:rsidRPr="002B188B" w14:paraId="40C320B9" w14:textId="14A29146" w:rsidTr="002B188B">
        <w:trPr>
          <w:trHeight w:val="283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19684D" w14:textId="0AE4FE59" w:rsidR="00EB57C3" w:rsidRPr="002B188B" w:rsidRDefault="00EB57C3" w:rsidP="00E41D1D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02FE0B" w14:textId="57C3D930" w:rsidR="00EB57C3" w:rsidRPr="002B188B" w:rsidRDefault="00EB57C3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Curso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Aperfeiçoamento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capacitação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extensão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relacionado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com 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exigida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que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não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seja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requisito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contratação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com no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40 horas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3CC7B1" w14:textId="14BA854C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ABF6C8" w14:textId="50137A04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57C3" w:rsidRPr="002B188B" w14:paraId="45E54B5E" w14:textId="019A2DB8" w:rsidTr="002B188B">
        <w:trPr>
          <w:trHeight w:val="283"/>
        </w:trPr>
        <w:tc>
          <w:tcPr>
            <w:tcW w:w="4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CB2F61" w14:textId="77777777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7C461" w14:textId="3E508C81" w:rsidR="00EB57C3" w:rsidRPr="002B188B" w:rsidRDefault="00EB57C3" w:rsidP="00EB57C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Curso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Aperfeiçoamento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capacitação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extensão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relacionado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com 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exigida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que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não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seja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requisito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contratação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com no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40 horas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AC6AE" w14:textId="5AB08B3E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D8A11F" w14:textId="77777777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188B" w:rsidRPr="002B188B" w14:paraId="1B2950E8" w14:textId="164349F6" w:rsidTr="002B188B">
        <w:trPr>
          <w:trHeight w:val="283"/>
        </w:trPr>
        <w:tc>
          <w:tcPr>
            <w:tcW w:w="79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2927" w14:textId="4E5E684C" w:rsidR="002B188B" w:rsidRPr="002B188B" w:rsidRDefault="002B188B" w:rsidP="002B188B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188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790DFA" w14:textId="77777777" w:rsidR="002B188B" w:rsidRPr="002B188B" w:rsidRDefault="002B188B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05769D" w14:textId="018F94E2" w:rsidR="006F7219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ind w:left="1560"/>
      </w:pPr>
    </w:p>
    <w:p w14:paraId="0458A065" w14:textId="2EDB9FBF" w:rsidR="00B62C92" w:rsidRPr="002134C6" w:rsidRDefault="007C57E7" w:rsidP="00D35143">
      <w:pPr>
        <w:tabs>
          <w:tab w:val="left" w:pos="1725"/>
        </w:tabs>
        <w:autoSpaceDE w:val="0"/>
        <w:autoSpaceDN w:val="0"/>
        <w:spacing w:after="0" w:line="298" w:lineRule="exact"/>
        <w:ind w:left="1418" w:right="1267"/>
        <w:rPr>
          <w:rFonts w:ascii="Arial" w:hAnsi="Arial" w:cs="Arial"/>
          <w:sz w:val="20"/>
          <w:szCs w:val="20"/>
        </w:rPr>
      </w:pPr>
      <w:proofErr w:type="spellStart"/>
      <w:r w:rsidRPr="002134C6">
        <w:rPr>
          <w:rFonts w:ascii="Arial" w:hAnsi="Arial" w:cs="Arial"/>
          <w:b/>
          <w:bCs/>
          <w:sz w:val="20"/>
          <w:szCs w:val="20"/>
          <w:u w:val="single"/>
        </w:rPr>
        <w:t>Obs</w:t>
      </w:r>
      <w:proofErr w:type="spellEnd"/>
      <w:r w:rsidRPr="002134C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2134C6">
        <w:rPr>
          <w:rFonts w:ascii="Arial" w:hAnsi="Arial" w:cs="Arial"/>
          <w:sz w:val="20"/>
          <w:szCs w:val="20"/>
        </w:rPr>
        <w:t xml:space="preserve"> </w:t>
      </w:r>
      <w:r w:rsidR="00B62C92" w:rsidRPr="002134C6">
        <w:rPr>
          <w:rFonts w:ascii="Arial" w:hAnsi="Arial" w:cs="Arial"/>
          <w:sz w:val="20"/>
          <w:szCs w:val="20"/>
        </w:rPr>
        <w:t xml:space="preserve">- </w:t>
      </w:r>
      <w:r w:rsidR="00F73229" w:rsidRPr="002134C6">
        <w:rPr>
          <w:rFonts w:ascii="Arial" w:hAnsi="Arial" w:cs="Arial"/>
          <w:sz w:val="20"/>
          <w:szCs w:val="20"/>
        </w:rPr>
        <w:t xml:space="preserve">*1 - </w:t>
      </w:r>
      <w:r w:rsidR="00B62C92" w:rsidRPr="002134C6">
        <w:rPr>
          <w:rFonts w:ascii="Arial" w:hAnsi="Arial" w:cs="Arial"/>
          <w:sz w:val="20"/>
          <w:szCs w:val="20"/>
        </w:rPr>
        <w:t xml:space="preserve">o campo N° DE INSCRIÇÃO,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não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precisa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preencher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, pois o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número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será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gerado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após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D35143" w:rsidRPr="002134C6">
        <w:rPr>
          <w:rFonts w:ascii="Arial" w:hAnsi="Arial" w:cs="Arial"/>
          <w:sz w:val="20"/>
          <w:szCs w:val="20"/>
        </w:rPr>
        <w:t>a</w:t>
      </w:r>
      <w:proofErr w:type="gram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entrega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ficha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inscrição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. </w:t>
      </w:r>
    </w:p>
    <w:p w14:paraId="7504EF63" w14:textId="062D10E9" w:rsidR="00F73229" w:rsidRPr="002134C6" w:rsidRDefault="00D35143" w:rsidP="00B62C92">
      <w:pPr>
        <w:pStyle w:val="PargrafodaLista"/>
        <w:numPr>
          <w:ilvl w:val="0"/>
          <w:numId w:val="11"/>
        </w:numPr>
        <w:tabs>
          <w:tab w:val="left" w:pos="1725"/>
        </w:tabs>
        <w:autoSpaceDE w:val="0"/>
        <w:autoSpaceDN w:val="0"/>
        <w:spacing w:after="0" w:line="298" w:lineRule="exact"/>
        <w:rPr>
          <w:rFonts w:ascii="Arial" w:hAnsi="Arial" w:cs="Arial"/>
          <w:sz w:val="20"/>
          <w:szCs w:val="20"/>
        </w:rPr>
      </w:pPr>
      <w:r w:rsidRPr="002134C6">
        <w:rPr>
          <w:rFonts w:ascii="Arial" w:hAnsi="Arial" w:cs="Arial"/>
          <w:sz w:val="20"/>
          <w:szCs w:val="20"/>
        </w:rPr>
        <w:t>*2</w:t>
      </w:r>
      <w:r w:rsidR="001C3A5C" w:rsidRPr="002134C6">
        <w:rPr>
          <w:rFonts w:ascii="Arial" w:hAnsi="Arial" w:cs="Arial"/>
          <w:sz w:val="20"/>
          <w:szCs w:val="20"/>
        </w:rPr>
        <w:t xml:space="preserve"> -</w:t>
      </w:r>
      <w:r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anotar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com (x)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os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cursos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possui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somar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pontuação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>.</w:t>
      </w:r>
    </w:p>
    <w:p w14:paraId="41BEA7D3" w14:textId="4A391DA6" w:rsidR="006F7219" w:rsidRPr="002134C6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rPr>
          <w:rFonts w:ascii="Arial" w:hAnsi="Arial" w:cs="Arial"/>
          <w:sz w:val="20"/>
          <w:szCs w:val="20"/>
        </w:rPr>
      </w:pPr>
    </w:p>
    <w:p w14:paraId="0C333489" w14:textId="23732D55" w:rsidR="006F7219" w:rsidRPr="002134C6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rPr>
          <w:rFonts w:ascii="Arial" w:hAnsi="Arial" w:cs="Arial"/>
          <w:sz w:val="20"/>
          <w:szCs w:val="20"/>
        </w:rPr>
      </w:pPr>
    </w:p>
    <w:p w14:paraId="57C4F451" w14:textId="52695396" w:rsidR="00C12D08" w:rsidRPr="002134C6" w:rsidRDefault="00000000" w:rsidP="0066597B">
      <w:pPr>
        <w:autoSpaceDE w:val="0"/>
        <w:autoSpaceDN w:val="0"/>
        <w:spacing w:after="0" w:line="210" w:lineRule="exact"/>
        <w:ind w:left="1458" w:right="1458"/>
        <w:rPr>
          <w:rFonts w:ascii="Arial" w:hAnsi="Arial" w:cs="Arial"/>
          <w:sz w:val="20"/>
          <w:szCs w:val="20"/>
        </w:rPr>
      </w:pP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Declaro que tomei conhecimento e concordo com as normas do Edital referente ao cargo e das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informações</w:t>
      </w:r>
      <w:proofErr w:type="spellEnd"/>
      <w:r w:rsidR="001C3A5C"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contidas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nesta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ficha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de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inscrição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, que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são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de minha inteira responsabilidade.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Arapoti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>,</w:t>
      </w:r>
      <w:r w:rsidR="0066597B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em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: _____/_____/__________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</w:p>
    <w:p w14:paraId="39DDB160" w14:textId="77777777" w:rsidR="00C12D08" w:rsidRPr="002134C6" w:rsidRDefault="00000000">
      <w:pPr>
        <w:autoSpaceDE w:val="0"/>
        <w:autoSpaceDN w:val="0"/>
        <w:spacing w:before="10" w:after="0" w:line="200" w:lineRule="exact"/>
        <w:jc w:val="center"/>
        <w:rPr>
          <w:rFonts w:ascii="Arial" w:hAnsi="Arial" w:cs="Arial"/>
          <w:sz w:val="20"/>
          <w:szCs w:val="20"/>
        </w:rPr>
      </w:pPr>
      <w:r w:rsidRPr="002134C6">
        <w:rPr>
          <w:rFonts w:ascii="Arial" w:eastAsia="ArialMT" w:hAnsi="Arial" w:cs="Arial"/>
          <w:color w:val="000000"/>
          <w:sz w:val="20"/>
          <w:szCs w:val="20"/>
        </w:rPr>
        <w:t>___________________________________</w:t>
      </w:r>
    </w:p>
    <w:p w14:paraId="08EA8393" w14:textId="2DA2C297" w:rsidR="00C12D08" w:rsidRPr="002134C6" w:rsidRDefault="003058C4" w:rsidP="00E35B39">
      <w:pPr>
        <w:autoSpaceDE w:val="0"/>
        <w:autoSpaceDN w:val="0"/>
        <w:spacing w:before="10" w:after="100" w:afterAutospacing="1" w:line="200" w:lineRule="exact"/>
        <w:jc w:val="center"/>
        <w:rPr>
          <w:rFonts w:ascii="Arial" w:eastAsia="ArialMT" w:hAnsi="Arial" w:cs="Arial"/>
          <w:color w:val="000000"/>
          <w:sz w:val="20"/>
          <w:szCs w:val="20"/>
        </w:rPr>
      </w:pP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Escrever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o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nome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e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assinar</w:t>
      </w:r>
      <w:proofErr w:type="spellEnd"/>
    </w:p>
    <w:tbl>
      <w:tblPr>
        <w:tblW w:w="0" w:type="auto"/>
        <w:tblInd w:w="264" w:type="dxa"/>
        <w:tblLayout w:type="fixed"/>
        <w:tblLook w:val="04A0" w:firstRow="1" w:lastRow="0" w:firstColumn="1" w:lastColumn="0" w:noHBand="0" w:noVBand="1"/>
      </w:tblPr>
      <w:tblGrid>
        <w:gridCol w:w="7104"/>
        <w:gridCol w:w="4266"/>
      </w:tblGrid>
      <w:tr w:rsidR="00C12D08" w14:paraId="45BC338C" w14:textId="77777777">
        <w:trPr>
          <w:trHeight w:hRule="exact" w:val="1082"/>
        </w:trPr>
        <w:tc>
          <w:tcPr>
            <w:tcW w:w="7104" w:type="dxa"/>
            <w:shd w:val="clear" w:color="auto" w:fill="FFFFFF"/>
            <w:tcMar>
              <w:left w:w="0" w:type="dxa"/>
              <w:right w:w="0" w:type="dxa"/>
            </w:tcMar>
          </w:tcPr>
          <w:p w14:paraId="27C64DC2" w14:textId="53046AE6" w:rsidR="00C12D08" w:rsidRDefault="00C12D08">
            <w:pPr>
              <w:autoSpaceDE w:val="0"/>
              <w:autoSpaceDN w:val="0"/>
              <w:spacing w:before="772" w:after="0" w:line="178" w:lineRule="exact"/>
              <w:ind w:left="266" w:right="266"/>
            </w:pPr>
          </w:p>
        </w:tc>
        <w:tc>
          <w:tcPr>
            <w:tcW w:w="4266" w:type="dxa"/>
            <w:shd w:val="clear" w:color="auto" w:fill="FFFFFF"/>
            <w:tcMar>
              <w:left w:w="0" w:type="dxa"/>
              <w:right w:w="0" w:type="dxa"/>
            </w:tcMar>
          </w:tcPr>
          <w:p w14:paraId="7DA1DD85" w14:textId="77777777" w:rsidR="00C12D08" w:rsidRDefault="00000000">
            <w:pPr>
              <w:autoSpaceDE w:val="0"/>
              <w:autoSpaceDN w:val="0"/>
              <w:spacing w:before="772" w:after="0" w:line="178" w:lineRule="exact"/>
              <w:ind w:left="264" w:right="264"/>
              <w:jc w:val="right"/>
            </w:pPr>
            <w:r>
              <w:rPr>
                <w:rFonts w:ascii="ArialMT" w:eastAsia="ArialMT" w:hAnsi="ArialMT"/>
                <w:color w:val="000000"/>
                <w:sz w:val="16"/>
              </w:rPr>
              <w:t>1/1</w:t>
            </w:r>
          </w:p>
        </w:tc>
      </w:tr>
    </w:tbl>
    <w:p w14:paraId="601261FE" w14:textId="77777777" w:rsidR="00C12D08" w:rsidRDefault="00C12D08">
      <w:pPr>
        <w:autoSpaceDE w:val="0"/>
        <w:autoSpaceDN w:val="0"/>
        <w:spacing w:after="0" w:line="14" w:lineRule="exact"/>
      </w:pPr>
    </w:p>
    <w:sectPr w:rsidR="00C12D08" w:rsidSect="00034616">
      <w:pgSz w:w="11899" w:h="16838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23164B"/>
    <w:multiLevelType w:val="hybridMultilevel"/>
    <w:tmpl w:val="CE3A45D8"/>
    <w:lvl w:ilvl="0" w:tplc="DFCE8132">
      <w:numFmt w:val="bullet"/>
      <w:lvlText w:val="-"/>
      <w:lvlJc w:val="left"/>
      <w:pPr>
        <w:ind w:left="2318" w:hanging="360"/>
      </w:pPr>
      <w:rPr>
        <w:rFonts w:ascii="Cambria" w:eastAsiaTheme="minorEastAsia" w:hAnsi="Cambria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30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78" w:hanging="360"/>
      </w:pPr>
      <w:rPr>
        <w:rFonts w:ascii="Wingdings" w:hAnsi="Wingdings" w:hint="default"/>
      </w:rPr>
    </w:lvl>
  </w:abstractNum>
  <w:abstractNum w:abstractNumId="10" w15:restartNumberingAfterBreak="0">
    <w:nsid w:val="51027D75"/>
    <w:multiLevelType w:val="hybridMultilevel"/>
    <w:tmpl w:val="D7E2B526"/>
    <w:lvl w:ilvl="0" w:tplc="2DF21CEC">
      <w:numFmt w:val="bullet"/>
      <w:lvlText w:val="-"/>
      <w:lvlJc w:val="left"/>
      <w:pPr>
        <w:ind w:left="2205" w:hanging="360"/>
      </w:pPr>
      <w:rPr>
        <w:rFonts w:ascii="Cambria" w:eastAsiaTheme="minorEastAsia" w:hAnsi="Cambria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 w16cid:durableId="1481342831">
    <w:abstractNumId w:val="8"/>
  </w:num>
  <w:num w:numId="2" w16cid:durableId="1122192448">
    <w:abstractNumId w:val="6"/>
  </w:num>
  <w:num w:numId="3" w16cid:durableId="1985352841">
    <w:abstractNumId w:val="5"/>
  </w:num>
  <w:num w:numId="4" w16cid:durableId="1422138427">
    <w:abstractNumId w:val="4"/>
  </w:num>
  <w:num w:numId="5" w16cid:durableId="1754281367">
    <w:abstractNumId w:val="7"/>
  </w:num>
  <w:num w:numId="6" w16cid:durableId="2118719318">
    <w:abstractNumId w:val="3"/>
  </w:num>
  <w:num w:numId="7" w16cid:durableId="1235505329">
    <w:abstractNumId w:val="2"/>
  </w:num>
  <w:num w:numId="8" w16cid:durableId="658970956">
    <w:abstractNumId w:val="1"/>
  </w:num>
  <w:num w:numId="9" w16cid:durableId="621570028">
    <w:abstractNumId w:val="0"/>
  </w:num>
  <w:num w:numId="10" w16cid:durableId="801386441">
    <w:abstractNumId w:val="9"/>
  </w:num>
  <w:num w:numId="11" w16cid:durableId="3799784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BD1"/>
    <w:rsid w:val="00034616"/>
    <w:rsid w:val="0006063C"/>
    <w:rsid w:val="0015074B"/>
    <w:rsid w:val="001C3A5C"/>
    <w:rsid w:val="002134C6"/>
    <w:rsid w:val="0029639D"/>
    <w:rsid w:val="002B188B"/>
    <w:rsid w:val="002C6BC4"/>
    <w:rsid w:val="003058C4"/>
    <w:rsid w:val="00326F90"/>
    <w:rsid w:val="0066597B"/>
    <w:rsid w:val="00680B26"/>
    <w:rsid w:val="006F7219"/>
    <w:rsid w:val="007C57E7"/>
    <w:rsid w:val="0085136D"/>
    <w:rsid w:val="0089215B"/>
    <w:rsid w:val="00961624"/>
    <w:rsid w:val="00AA1D8D"/>
    <w:rsid w:val="00B47730"/>
    <w:rsid w:val="00B62C92"/>
    <w:rsid w:val="00C12D08"/>
    <w:rsid w:val="00CB0664"/>
    <w:rsid w:val="00D35143"/>
    <w:rsid w:val="00DE2F83"/>
    <w:rsid w:val="00E35B39"/>
    <w:rsid w:val="00E41D1D"/>
    <w:rsid w:val="00EB57C3"/>
    <w:rsid w:val="00F732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CDBD5"/>
  <w14:defaultImageDpi w14:val="300"/>
  <w15:docId w15:val="{2DBE3F54-C48F-442F-8215-B5DC8D41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Luis Antonio Bispo</cp:lastModifiedBy>
  <cp:revision>2</cp:revision>
  <cp:lastPrinted>2022-07-18T17:16:00Z</cp:lastPrinted>
  <dcterms:created xsi:type="dcterms:W3CDTF">2022-07-19T13:19:00Z</dcterms:created>
  <dcterms:modified xsi:type="dcterms:W3CDTF">2022-07-19T13:19:00Z</dcterms:modified>
  <cp:category/>
</cp:coreProperties>
</file>